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39FE" w14:textId="53134BEC" w:rsidR="00B779F1" w:rsidRPr="002C64C4" w:rsidRDefault="00000000" w:rsidP="002C64C4">
      <w:pPr>
        <w:spacing w:before="100" w:after="40"/>
        <w:jc w:val="center"/>
        <w:rPr>
          <w:rFonts w:ascii="TH SarabunPSK" w:hAnsi="TH SarabunPSK" w:cs="TH SarabunPSK"/>
          <w:b/>
          <w:sz w:val="36"/>
          <w:lang w:bidi="th-TH"/>
        </w:rPr>
      </w:pPr>
      <w:proofErr w:type="spellStart"/>
      <w:r w:rsidRPr="002C64C4">
        <w:rPr>
          <w:rFonts w:ascii="TH SarabunPSK" w:hAnsi="TH SarabunPSK" w:cs="TH SarabunPSK"/>
          <w:b/>
          <w:sz w:val="40"/>
          <w:lang w:bidi="th-TH"/>
        </w:rPr>
        <w:t>หนังสือรับรองสถานะการถือหุ้นและการลงทุน</w:t>
      </w:r>
      <w:r w:rsidRPr="002C64C4">
        <w:rPr>
          <w:rFonts w:ascii="TH SarabunPSK" w:hAnsi="TH SarabunPSK" w:cs="TH SarabunPSK"/>
          <w:b/>
          <w:sz w:val="36"/>
          <w:lang w:bidi="th-TH"/>
        </w:rPr>
        <w:t>ของผู้ถือหุ้นคนไทย</w:t>
      </w:r>
      <w:proofErr w:type="spellEnd"/>
    </w:p>
    <w:p w14:paraId="78EEEC5B" w14:textId="77777777" w:rsidR="002C64C4" w:rsidRDefault="002C64C4" w:rsidP="002C64C4">
      <w:pPr>
        <w:spacing w:before="100" w:after="40"/>
        <w:jc w:val="center"/>
        <w:rPr>
          <w:rFonts w:ascii="TH SarabunPSK" w:hAnsi="TH SarabunPSK" w:cs="TH SarabunPSK"/>
          <w:b/>
          <w:color w:val="1F4E79"/>
          <w:sz w:val="36"/>
          <w:lang w:bidi="th-TH"/>
        </w:rPr>
      </w:pPr>
    </w:p>
    <w:p w14:paraId="590CD8A7" w14:textId="61784D25" w:rsidR="002C64C4" w:rsidRDefault="002C64C4" w:rsidP="002C64C4">
      <w:pPr>
        <w:spacing w:before="100" w:after="40"/>
        <w:rPr>
          <w:rFonts w:ascii="TH SarabunPSK" w:hAnsi="TH SarabunPSK" w:cs="TH SarabunPSK"/>
          <w:bCs/>
          <w:sz w:val="32"/>
          <w:szCs w:val="32"/>
          <w:lang w:bidi="th-TH"/>
        </w:rPr>
      </w:pPr>
      <w:r w:rsidRPr="002C64C4">
        <w:rPr>
          <w:rFonts w:ascii="TH SarabunPSK" w:hAnsi="TH SarabunPSK" w:cs="TH SarabunPSK"/>
          <w:b/>
          <w:sz w:val="32"/>
          <w:szCs w:val="32"/>
          <w:cs/>
          <w:lang w:bidi="th-TH"/>
        </w:rPr>
        <w:t xml:space="preserve">เขียนที่ </w:t>
      </w:r>
      <w:r w:rsidRPr="002C64C4">
        <w:rPr>
          <w:rFonts w:ascii="TH SarabunPSK" w:hAnsi="TH SarabunPSK" w:cs="TH SarabunPSK"/>
          <w:bCs/>
          <w:sz w:val="32"/>
          <w:szCs w:val="32"/>
          <w:lang w:bidi="th-TH"/>
        </w:rPr>
        <w:t>______________________</w:t>
      </w:r>
      <w:r>
        <w:rPr>
          <w:rFonts w:ascii="TH SarabunPSK" w:hAnsi="TH SarabunPSK" w:cs="TH SarabunPSK"/>
          <w:bCs/>
          <w:sz w:val="32"/>
          <w:szCs w:val="32"/>
          <w:lang w:bidi="th-TH"/>
        </w:rPr>
        <w:t>__________________</w:t>
      </w:r>
      <w:r w:rsidRPr="002C64C4">
        <w:rPr>
          <w:rFonts w:ascii="TH SarabunPSK" w:hAnsi="TH SarabunPSK" w:cs="TH SarabunPSK"/>
          <w:bCs/>
          <w:sz w:val="32"/>
          <w:szCs w:val="32"/>
          <w:lang w:bidi="th-TH"/>
        </w:rPr>
        <w:t>___________________</w:t>
      </w:r>
      <w:r w:rsidRPr="002C64C4">
        <w:rPr>
          <w:rFonts w:ascii="TH SarabunPSK" w:hAnsi="TH SarabunPSK" w:cs="TH SarabunPSK"/>
          <w:b/>
          <w:sz w:val="32"/>
          <w:szCs w:val="32"/>
          <w:lang w:bidi="th-TH"/>
        </w:rPr>
        <w:t xml:space="preserve">  </w:t>
      </w:r>
      <w:r w:rsidRPr="002C64C4">
        <w:rPr>
          <w:rFonts w:ascii="TH SarabunPSK" w:hAnsi="TH SarabunPSK" w:cs="TH SarabunPSK"/>
          <w:b/>
          <w:sz w:val="32"/>
          <w:szCs w:val="32"/>
          <w:cs/>
          <w:lang w:bidi="th-TH"/>
        </w:rPr>
        <w:t xml:space="preserve">วันที่ </w:t>
      </w:r>
      <w:r w:rsidRPr="002C64C4">
        <w:rPr>
          <w:rFonts w:ascii="TH SarabunPSK" w:hAnsi="TH SarabunPSK" w:cs="TH SarabunPSK"/>
          <w:b/>
          <w:sz w:val="32"/>
          <w:szCs w:val="32"/>
          <w:lang w:bidi="th-TH"/>
        </w:rPr>
        <w:t xml:space="preserve"> </w:t>
      </w:r>
      <w:r w:rsidRPr="002C64C4">
        <w:rPr>
          <w:rFonts w:ascii="TH SarabunPSK" w:hAnsi="TH SarabunPSK" w:cs="TH SarabunPSK"/>
          <w:bCs/>
          <w:sz w:val="32"/>
          <w:szCs w:val="32"/>
          <w:lang w:bidi="th-TH"/>
        </w:rPr>
        <w:t>__________________</w:t>
      </w:r>
    </w:p>
    <w:p w14:paraId="54AF54BD" w14:textId="2C66D892" w:rsidR="002C64C4" w:rsidRPr="002C64C4" w:rsidRDefault="002C64C4" w:rsidP="002C64C4">
      <w:pPr>
        <w:spacing w:before="100" w:after="40"/>
        <w:rPr>
          <w:rFonts w:ascii="TH SarabunPSK" w:hAnsi="TH SarabunPSK" w:cs="TH SarabunPSK"/>
          <w:b/>
          <w:sz w:val="32"/>
          <w:szCs w:val="32"/>
          <w:cs/>
        </w:rPr>
      </w:pPr>
      <w:r w:rsidRPr="002C64C4">
        <w:rPr>
          <w:rFonts w:ascii="TH SarabunPSK" w:hAnsi="TH SarabunPSK" w:cs="TH SarabunPSK" w:hint="cs"/>
          <w:b/>
          <w:sz w:val="32"/>
          <w:szCs w:val="32"/>
          <w:cs/>
          <w:lang w:bidi="th-TH"/>
        </w:rPr>
        <w:t xml:space="preserve">เรื่อง </w:t>
      </w:r>
      <w:r w:rsidRPr="002C64C4">
        <w:rPr>
          <w:rFonts w:ascii="TH SarabunPSK" w:hAnsi="TH SarabunPSK" w:cs="TH SarabunPSK"/>
          <w:b/>
          <w:sz w:val="32"/>
          <w:szCs w:val="32"/>
          <w:cs/>
          <w:lang w:bidi="th-TH"/>
        </w:rPr>
        <w:t>รับรองสถานะการถือหุ้นและการลงทุนของผู้ถือหุ้นคนไทย</w:t>
      </w:r>
    </w:p>
    <w:p w14:paraId="782D19A7" w14:textId="77777777" w:rsidR="00B779F1" w:rsidRPr="002C64C4" w:rsidRDefault="00B779F1">
      <w:pPr>
        <w:rPr>
          <w:rFonts w:ascii="TH SarabunPSK" w:hAnsi="TH SarabunPSK" w:cs="TH SarabunPSK"/>
        </w:rPr>
      </w:pPr>
    </w:p>
    <w:p w14:paraId="7724BD6B" w14:textId="5783A21D" w:rsidR="002C64C4" w:rsidRDefault="002C64C4" w:rsidP="002C64C4">
      <w:pPr>
        <w:ind w:firstLine="504"/>
        <w:rPr>
          <w:rFonts w:ascii="TH SarabunPSK" w:hAnsi="TH SarabunPSK" w:cs="TH SarabunPSK"/>
          <w:b/>
          <w:sz w:val="32"/>
          <w:szCs w:val="32"/>
          <w:lang w:bidi="th-TH"/>
        </w:rPr>
      </w:pPr>
      <w:r w:rsidRPr="002C64C4">
        <w:rPr>
          <w:rFonts w:ascii="TH SarabunPSK" w:hAnsi="TH SarabunPSK" w:cs="TH SarabunPSK"/>
          <w:b/>
          <w:sz w:val="32"/>
          <w:szCs w:val="32"/>
          <w:cs/>
          <w:lang w:bidi="th-TH"/>
        </w:rPr>
        <w:t>ข้าพเจ้า ผู้มีรายละเอียดดังต่อไปนี้ ขอรับรองและยืนยันข้อเท็จจริงเกี่ยวกับการถือหุ้นและการลงทุนในบริษัท เพื่อใช้เป็นหลักฐานประกอบการพิจารณาของบริษัท ผู้สอบบัญชี และ/หรือบุคคลที่เกี่ยวข้อง</w:t>
      </w:r>
    </w:p>
    <w:tbl>
      <w:tblPr>
        <w:tblStyle w:val="TableGrid"/>
        <w:tblW w:w="10296" w:type="dxa"/>
        <w:tblInd w:w="108" w:type="dxa"/>
        <w:tblLook w:val="04A0" w:firstRow="1" w:lastRow="0" w:firstColumn="1" w:lastColumn="0" w:noHBand="0" w:noVBand="1"/>
      </w:tblPr>
      <w:tblGrid>
        <w:gridCol w:w="2538"/>
        <w:gridCol w:w="7758"/>
      </w:tblGrid>
      <w:tr w:rsidR="002C64C4" w14:paraId="01A661B1" w14:textId="77777777" w:rsidTr="002C64C4">
        <w:trPr>
          <w:trHeight w:val="512"/>
        </w:trPr>
        <w:tc>
          <w:tcPr>
            <w:tcW w:w="2538" w:type="dxa"/>
            <w:vAlign w:val="center"/>
          </w:tcPr>
          <w:p w14:paraId="1A7C6DA5" w14:textId="57F52E2B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ชื่อ-นามสกุลผู้ถือหุ้น :</w:t>
            </w:r>
          </w:p>
        </w:tc>
        <w:tc>
          <w:tcPr>
            <w:tcW w:w="7758" w:type="dxa"/>
          </w:tcPr>
          <w:p w14:paraId="32870A64" w14:textId="77777777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  <w:tr w:rsidR="002C64C4" w14:paraId="7A268B03" w14:textId="77777777" w:rsidTr="002C64C4">
        <w:trPr>
          <w:trHeight w:val="530"/>
        </w:trPr>
        <w:tc>
          <w:tcPr>
            <w:tcW w:w="2538" w:type="dxa"/>
            <w:vAlign w:val="center"/>
          </w:tcPr>
          <w:p w14:paraId="02FAC6F3" w14:textId="73F9002F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เลขประจำตัวประชาชน :</w:t>
            </w:r>
          </w:p>
        </w:tc>
        <w:tc>
          <w:tcPr>
            <w:tcW w:w="7758" w:type="dxa"/>
          </w:tcPr>
          <w:p w14:paraId="69AF0382" w14:textId="77777777" w:rsid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  <w:tr w:rsidR="002C64C4" w14:paraId="2BF1BFDA" w14:textId="77777777" w:rsidTr="002C64C4">
        <w:trPr>
          <w:trHeight w:val="530"/>
        </w:trPr>
        <w:tc>
          <w:tcPr>
            <w:tcW w:w="2538" w:type="dxa"/>
            <w:vAlign w:val="center"/>
          </w:tcPr>
          <w:p w14:paraId="33AFDB71" w14:textId="3288FFBD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ที่อยู่ :</w:t>
            </w:r>
          </w:p>
        </w:tc>
        <w:tc>
          <w:tcPr>
            <w:tcW w:w="7758" w:type="dxa"/>
          </w:tcPr>
          <w:p w14:paraId="7C824082" w14:textId="77777777" w:rsid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  <w:tr w:rsidR="002C64C4" w14:paraId="4F2124A4" w14:textId="77777777" w:rsidTr="002C64C4">
        <w:trPr>
          <w:trHeight w:val="530"/>
        </w:trPr>
        <w:tc>
          <w:tcPr>
            <w:tcW w:w="2538" w:type="dxa"/>
            <w:vAlign w:val="center"/>
          </w:tcPr>
          <w:p w14:paraId="7459D526" w14:textId="4CC7C875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ชื่อบริษัท :</w:t>
            </w:r>
          </w:p>
        </w:tc>
        <w:tc>
          <w:tcPr>
            <w:tcW w:w="7758" w:type="dxa"/>
          </w:tcPr>
          <w:p w14:paraId="35531388" w14:textId="77777777" w:rsid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  <w:tr w:rsidR="002C64C4" w14:paraId="5C0B2551" w14:textId="77777777" w:rsidTr="002C64C4">
        <w:trPr>
          <w:trHeight w:val="530"/>
        </w:trPr>
        <w:tc>
          <w:tcPr>
            <w:tcW w:w="2538" w:type="dxa"/>
            <w:vAlign w:val="center"/>
          </w:tcPr>
          <w:p w14:paraId="4587986C" w14:textId="2761FF55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เลขทะเบียนนิติบุคคล :</w:t>
            </w:r>
          </w:p>
        </w:tc>
        <w:tc>
          <w:tcPr>
            <w:tcW w:w="7758" w:type="dxa"/>
          </w:tcPr>
          <w:p w14:paraId="7DEF2FD6" w14:textId="77777777" w:rsid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  <w:tr w:rsidR="002C64C4" w14:paraId="33359557" w14:textId="77777777" w:rsidTr="002C64C4">
        <w:trPr>
          <w:trHeight w:val="530"/>
        </w:trPr>
        <w:tc>
          <w:tcPr>
            <w:tcW w:w="2538" w:type="dxa"/>
            <w:vAlign w:val="center"/>
          </w:tcPr>
          <w:p w14:paraId="32A388F1" w14:textId="758D16A6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จำนวนหุ้นที่ถือ :</w:t>
            </w:r>
          </w:p>
        </w:tc>
        <w:tc>
          <w:tcPr>
            <w:tcW w:w="7758" w:type="dxa"/>
          </w:tcPr>
          <w:p w14:paraId="46C94A56" w14:textId="77777777" w:rsid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  <w:tr w:rsidR="002C64C4" w14:paraId="281004A7" w14:textId="77777777" w:rsidTr="002C64C4">
        <w:trPr>
          <w:trHeight w:val="548"/>
        </w:trPr>
        <w:tc>
          <w:tcPr>
            <w:tcW w:w="2538" w:type="dxa"/>
            <w:vAlign w:val="center"/>
          </w:tcPr>
          <w:p w14:paraId="29AF0B1D" w14:textId="40AAD60A" w:rsidR="002C64C4" w:rsidRP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  <w:r w:rsidRPr="002C64C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สัดส่วนการถือหุ้น :</w:t>
            </w:r>
          </w:p>
        </w:tc>
        <w:tc>
          <w:tcPr>
            <w:tcW w:w="7758" w:type="dxa"/>
          </w:tcPr>
          <w:p w14:paraId="3B4A2F94" w14:textId="77777777" w:rsidR="002C64C4" w:rsidRDefault="002C64C4" w:rsidP="002C64C4">
            <w:pPr>
              <w:rPr>
                <w:rFonts w:ascii="TH SarabunPSK" w:hAnsi="TH SarabunPSK" w:cs="TH SarabunPSK"/>
                <w:b/>
                <w:sz w:val="32"/>
                <w:szCs w:val="32"/>
                <w:lang w:bidi="th-TH"/>
              </w:rPr>
            </w:pPr>
          </w:p>
        </w:tc>
      </w:tr>
    </w:tbl>
    <w:p w14:paraId="4AF14D88" w14:textId="77777777" w:rsidR="002C64C4" w:rsidRPr="002C64C4" w:rsidRDefault="002C64C4" w:rsidP="002C64C4">
      <w:pPr>
        <w:ind w:firstLine="504"/>
        <w:rPr>
          <w:rFonts w:ascii="TH SarabunPSK" w:hAnsi="TH SarabunPSK" w:cs="TH SarabunPSK"/>
          <w:b/>
          <w:sz w:val="32"/>
          <w:szCs w:val="32"/>
          <w:lang w:bidi="th-TH"/>
        </w:rPr>
      </w:pPr>
    </w:p>
    <w:p w14:paraId="4F79823D" w14:textId="77777777" w:rsidR="002C64C4" w:rsidRPr="002C64C4" w:rsidRDefault="002C64C4" w:rsidP="002C64C4">
      <w:pPr>
        <w:spacing w:before="80" w:after="240"/>
        <w:rPr>
          <w:rFonts w:ascii="TH SarabunPSK" w:hAnsi="TH SarabunPSK" w:cs="TH SarabunPSK"/>
          <w:sz w:val="32"/>
          <w:szCs w:val="32"/>
          <w:u w:val="single"/>
        </w:rPr>
      </w:pPr>
      <w:r w:rsidRPr="002C64C4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คำรับรองและคำยืนยัน</w:t>
      </w:r>
    </w:p>
    <w:p w14:paraId="4A5CF850" w14:textId="77777777" w:rsid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 w:hint="cs"/>
          <w:sz w:val="32"/>
          <w:szCs w:val="32"/>
          <w:cs/>
          <w:lang w:bidi="th-TH"/>
        </w:rPr>
        <w:t>ข้าพเจ้าใช้เงินทุนของตนเองในการลงทุนและชำระค่าหุ้นของบริษัท</w:t>
      </w: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2C64C4">
        <w:rPr>
          <w:rFonts w:ascii="TH SarabunPSK" w:hAnsi="TH SarabunPSK" w:cs="TH SarabunPSK" w:hint="cs"/>
          <w:sz w:val="32"/>
          <w:szCs w:val="32"/>
          <w:cs/>
          <w:lang w:bidi="th-TH"/>
        </w:rPr>
        <w:t>มิได้ใช้เงินของบุคคลอื่นหรือนิติบุคคลอื่นในการเข้าถือหุ้นดังกล่าว</w:t>
      </w:r>
    </w:p>
    <w:p w14:paraId="6E3D10ED" w14:textId="77777777" w:rsid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ข้าพเจ้าเป็นผู้ถือหุ้นที่แท้จริง มิได้ถือหุ้นแทน หรือถือหุ้นในนามของบุคคลอื่น ไม่ว่าจะเป็นบุคคลธรรมดา นิติบุคคล คนต่างด้าว หรือบุคคลใด ๆ</w:t>
      </w:r>
    </w:p>
    <w:p w14:paraId="53ABF58C" w14:textId="77777777" w:rsid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ข้าพเจ้าไม่มีข้อตกลงลับ สัญญา หรือความตกลงอื่นใด ไม่ว่าจะทำเป็นลายลักษณ์อักษรหรือไม่ ที่มีผลให้ข้าพเจ้าต้องโอนผลประโยชน์ เงินปันผล สิทธิออกเสียง หรือสิทธิอื่นใดจากการถือหุ้นให้แก่บุคคลอื่น</w:t>
      </w:r>
    </w:p>
    <w:p w14:paraId="02EAB260" w14:textId="77777777" w:rsid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ข้าพเจ้าไม่มีสัญญา ข้อตกลง หรือเงื่อนไขใด ๆ ที่บังคับหรือกำหนดให้ข้าพเจ้าต้องโอนหุ้นคืนให้แก่บุคคลอื่นในอนาคต หรือทำให้บุคคลอื่นมีอำนาจควบคุมหุ้นที่ข้าพเจ้าถืออยู่</w:t>
      </w:r>
    </w:p>
    <w:p w14:paraId="1E2C43FF" w14:textId="77777777" w:rsid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ข้าพเจ้ามีสิทธิออกเสียงในฐานะผู้ถือหุ้นด้วยตนเอง และสามารถใช้สิทธิของผู้ถือหุ้นได้โดยอิสระ ตามกฎหมาย ข้อบังคับของบริษัท และมติที่ประชุมผู้ถือหุ้น</w:t>
      </w:r>
    </w:p>
    <w:p w14:paraId="1F7CCF83" w14:textId="77777777" w:rsid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ข้าพเจ้าเป็นผู้ได้รับประโยชน์และรับความเสี่ยงจากการลงทุนในหุ้นดังกล่าวอย่างแท้จริง รวมถึงสิทธิในการได้รับเงินปันผล ผลตอบแทนจากการลงทุน และความเสี่ยงจากผลขาดทุนหรือมูลค่าหุ้นที่เปลี่ยนแปลง</w:t>
      </w:r>
    </w:p>
    <w:p w14:paraId="729225D5" w14:textId="043C7C65" w:rsidR="002C64C4" w:rsidRPr="002C64C4" w:rsidRDefault="002C64C4" w:rsidP="002C64C4">
      <w:pPr>
        <w:pStyle w:val="ListParagraph"/>
        <w:numPr>
          <w:ilvl w:val="0"/>
          <w:numId w:val="11"/>
        </w:numPr>
        <w:spacing w:before="80" w:after="240"/>
        <w:rPr>
          <w:rFonts w:ascii="TH SarabunPSK" w:hAnsi="TH SarabunPSK" w:cs="TH SarabunPSK"/>
          <w:sz w:val="32"/>
          <w:szCs w:val="32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ข้าพเจ้าขอรับรองว่าข้อความข้างต้นเป็นความจริงทุกประการ หากปรากฏภายหลังว่าข้อความใดไม่เป็นความจริง ข้าพเจ้ายินยอมรับผิดตามกฎหมายและผลกระทบที่อาจเกิดขึ้นต่อบริษัทและบุคคลที่เกี่ยวข้อง</w:t>
      </w:r>
    </w:p>
    <w:p w14:paraId="12D9B0FF" w14:textId="6BC2438E" w:rsidR="00B779F1" w:rsidRDefault="002C64C4" w:rsidP="002C64C4">
      <w:pPr>
        <w:spacing w:before="80" w:after="240"/>
        <w:rPr>
          <w:rFonts w:ascii="TH SarabunPSK" w:hAnsi="TH SarabunPSK" w:cs="TH SarabunPSK"/>
          <w:sz w:val="32"/>
          <w:szCs w:val="32"/>
          <w:lang w:bidi="th-TH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จึงลงลายมือชื่อไว้เป็นหลักฐาน</w:t>
      </w:r>
    </w:p>
    <w:p w14:paraId="7294B888" w14:textId="77777777" w:rsidR="0061182C" w:rsidRPr="002C64C4" w:rsidRDefault="0061182C" w:rsidP="002C64C4">
      <w:pPr>
        <w:spacing w:before="80" w:after="240"/>
        <w:rPr>
          <w:rFonts w:ascii="TH SarabunPSK" w:hAnsi="TH SarabunPSK" w:cs="TH SarabunPSK" w:hint="cs"/>
          <w:sz w:val="32"/>
          <w:szCs w:val="32"/>
          <w:lang w:bidi="th-TH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792"/>
      </w:tblGrid>
      <w:tr w:rsidR="00B779F1" w:rsidRPr="002C64C4" w14:paraId="5EE81F0D" w14:textId="77777777">
        <w:trPr>
          <w:jc w:val="center"/>
        </w:trPr>
        <w:tc>
          <w:tcPr>
            <w:tcW w:w="9792" w:type="dxa"/>
            <w:tcBorders>
              <w:top w:val="nil"/>
              <w:left w:val="nil"/>
              <w:bottom w:val="nil"/>
              <w:right w:val="nil"/>
            </w:tcBorders>
          </w:tcPr>
          <w:p w14:paraId="4467D877" w14:textId="31BBC77C" w:rsidR="00B779F1" w:rsidRPr="002C64C4" w:rsidRDefault="002C64C4" w:rsidP="002C64C4">
            <w:pPr>
              <w:ind w:right="10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                  </w:t>
            </w:r>
            <w:proofErr w:type="spellStart"/>
            <w:r w:rsidRPr="002C64C4">
              <w:rPr>
                <w:rFonts w:ascii="TH SarabunPSK" w:hAnsi="TH SarabunPSK" w:cs="TH SarabunPSK"/>
                <w:sz w:val="32"/>
                <w:szCs w:val="32"/>
              </w:rPr>
              <w:t>ลงชื่อ</w:t>
            </w:r>
            <w:proofErr w:type="spellEnd"/>
            <w:r w:rsidRPr="002C64C4">
              <w:rPr>
                <w:rFonts w:ascii="TH SarabunPSK" w:hAnsi="TH SarabunPSK" w:cs="TH SarabunPSK"/>
                <w:sz w:val="32"/>
                <w:szCs w:val="32"/>
              </w:rPr>
              <w:t xml:space="preserve"> ______________________________ </w:t>
            </w:r>
            <w:proofErr w:type="spellStart"/>
            <w:r w:rsidRPr="002C64C4">
              <w:rPr>
                <w:rFonts w:ascii="TH SarabunPSK" w:hAnsi="TH SarabunPSK" w:cs="TH SarabunPSK"/>
                <w:sz w:val="32"/>
                <w:szCs w:val="32"/>
              </w:rPr>
              <w:t>ผู้รับรอง</w:t>
            </w:r>
            <w:proofErr w:type="spellEnd"/>
          </w:p>
        </w:tc>
      </w:tr>
      <w:tr w:rsidR="00B779F1" w:rsidRPr="002C64C4" w14:paraId="27F341B5" w14:textId="77777777">
        <w:trPr>
          <w:jc w:val="center"/>
        </w:trPr>
        <w:tc>
          <w:tcPr>
            <w:tcW w:w="9792" w:type="dxa"/>
            <w:tcBorders>
              <w:top w:val="nil"/>
              <w:left w:val="nil"/>
              <w:bottom w:val="nil"/>
              <w:right w:val="nil"/>
            </w:tcBorders>
          </w:tcPr>
          <w:p w14:paraId="09FC1D0D" w14:textId="77777777" w:rsidR="00B779F1" w:rsidRPr="002C64C4" w:rsidRDefault="00000000" w:rsidP="002C64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2C64C4">
              <w:rPr>
                <w:rFonts w:ascii="TH SarabunPSK" w:hAnsi="TH SarabunPSK" w:cs="TH SarabunPSK"/>
                <w:sz w:val="32"/>
                <w:szCs w:val="32"/>
              </w:rPr>
              <w:t>( _</w:t>
            </w:r>
            <w:proofErr w:type="gramEnd"/>
            <w:r w:rsidRPr="002C64C4">
              <w:rPr>
                <w:rFonts w:ascii="TH SarabunPSK" w:hAnsi="TH SarabunPSK" w:cs="TH SarabunPSK"/>
                <w:sz w:val="32"/>
                <w:szCs w:val="32"/>
              </w:rPr>
              <w:t>____________________________</w:t>
            </w:r>
            <w:proofErr w:type="gramStart"/>
            <w:r w:rsidRPr="002C64C4">
              <w:rPr>
                <w:rFonts w:ascii="TH SarabunPSK" w:hAnsi="TH SarabunPSK" w:cs="TH SarabunPSK"/>
                <w:sz w:val="32"/>
                <w:szCs w:val="32"/>
              </w:rPr>
              <w:t>_ )</w:t>
            </w:r>
            <w:proofErr w:type="gramEnd"/>
            <w:r w:rsidRPr="002C64C4">
              <w:rPr>
                <w:rFonts w:ascii="TH SarabunPSK" w:hAnsi="TH SarabunPSK" w:cs="TH SarabunPSK"/>
                <w:sz w:val="32"/>
                <w:szCs w:val="32"/>
              </w:rPr>
              <w:br/>
              <w:t>ผู้ถือหุ้น</w:t>
            </w:r>
          </w:p>
        </w:tc>
      </w:tr>
    </w:tbl>
    <w:p w14:paraId="4830CF0A" w14:textId="77777777" w:rsidR="00B779F1" w:rsidRDefault="00B779F1">
      <w:pPr>
        <w:spacing w:before="240"/>
        <w:rPr>
          <w:rFonts w:ascii="TH SarabunPSK" w:hAnsi="TH SarabunPSK" w:cs="TH SarabunPSK"/>
          <w:lang w:bidi="th-TH"/>
        </w:rPr>
      </w:pPr>
    </w:p>
    <w:p w14:paraId="59F79F48" w14:textId="42391D22" w:rsidR="002C64C4" w:rsidRPr="002C64C4" w:rsidRDefault="002C64C4">
      <w:pPr>
        <w:spacing w:before="240"/>
        <w:rPr>
          <w:rFonts w:ascii="TH SarabunPSK" w:hAnsi="TH SarabunPSK" w:cs="TH SarabunPSK"/>
          <w:sz w:val="32"/>
          <w:szCs w:val="32"/>
          <w:lang w:bidi="th-TH"/>
        </w:rPr>
      </w:pPr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 xml:space="preserve">หมายเหตุ: แนบสำเนาบัตรประชาชนของผู้ถือหุ้น และหลักฐานการชำระค่าหุ้น/ที่มาของเงินลงทุน เช่น </w:t>
      </w:r>
      <w:proofErr w:type="spellStart"/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สล</w:t>
      </w:r>
      <w:proofErr w:type="spellEnd"/>
      <w:r w:rsidRPr="002C64C4">
        <w:rPr>
          <w:rFonts w:ascii="TH SarabunPSK" w:hAnsi="TH SarabunPSK" w:cs="TH SarabunPSK"/>
          <w:sz w:val="32"/>
          <w:szCs w:val="32"/>
          <w:cs/>
          <w:lang w:bidi="th-TH"/>
        </w:rPr>
        <w:t>ิปโอนเงิน รายการเดินบัญชี หรือใบสำคัญรับเงินค่าหุ้น</w:t>
      </w:r>
    </w:p>
    <w:p w14:paraId="73E1F3D5" w14:textId="77777777" w:rsidR="001B13B0" w:rsidRPr="002C64C4" w:rsidRDefault="001B13B0">
      <w:pPr>
        <w:rPr>
          <w:rFonts w:ascii="TH SarabunPSK" w:hAnsi="TH SarabunPSK" w:cs="TH SarabunPSK"/>
        </w:rPr>
      </w:pPr>
    </w:p>
    <w:sectPr w:rsidR="001B13B0" w:rsidRPr="002C64C4" w:rsidSect="00034616"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31C9B" w14:textId="77777777" w:rsidR="007C28C9" w:rsidRDefault="007C28C9">
      <w:pPr>
        <w:spacing w:after="0" w:line="240" w:lineRule="auto"/>
      </w:pPr>
      <w:r>
        <w:separator/>
      </w:r>
    </w:p>
  </w:endnote>
  <w:endnote w:type="continuationSeparator" w:id="0">
    <w:p w14:paraId="19CFDF5B" w14:textId="77777777" w:rsidR="007C28C9" w:rsidRDefault="007C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42616B8D-2766-4960-8E86-03E8668845FE}"/>
    <w:embedBold r:id="rId2" w:fontKey="{760A119D-49B2-4EED-8CFF-DD8FCE354BF3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Tha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A1760C6-AC76-4F4B-A2EE-90414A6169FB}"/>
    <w:embedBold r:id="rId4" w:fontKey="{212C6523-37E2-4504-A0A2-A5F382259E86}"/>
    <w:embedItalic r:id="rId5" w:fontKey="{BD4A90A6-3F8B-4473-BEF4-21CF38743886}"/>
    <w:embedBoldItalic r:id="rId6" w:fontKey="{6C587624-02F6-4672-82F7-007F214A4A7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B5222A34-128D-43F3-B1FD-ACF791854924}"/>
    <w:embedBold r:id="rId8" w:fontKey="{14E720E9-04EF-43A8-80CB-D15675C15EB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70452" w14:textId="77777777" w:rsidR="007C28C9" w:rsidRDefault="007C28C9">
      <w:pPr>
        <w:spacing w:after="0" w:line="240" w:lineRule="auto"/>
      </w:pPr>
      <w:r>
        <w:separator/>
      </w:r>
    </w:p>
  </w:footnote>
  <w:footnote w:type="continuationSeparator" w:id="0">
    <w:p w14:paraId="597A2122" w14:textId="77777777" w:rsidR="007C28C9" w:rsidRDefault="007C2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9E5A46"/>
    <w:multiLevelType w:val="hybridMultilevel"/>
    <w:tmpl w:val="0218B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6D1C11"/>
    <w:multiLevelType w:val="hybridMultilevel"/>
    <w:tmpl w:val="A3DCC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990475">
    <w:abstractNumId w:val="8"/>
  </w:num>
  <w:num w:numId="2" w16cid:durableId="650250553">
    <w:abstractNumId w:val="6"/>
  </w:num>
  <w:num w:numId="3" w16cid:durableId="2101218918">
    <w:abstractNumId w:val="5"/>
  </w:num>
  <w:num w:numId="4" w16cid:durableId="1992326431">
    <w:abstractNumId w:val="4"/>
  </w:num>
  <w:num w:numId="5" w16cid:durableId="1333607329">
    <w:abstractNumId w:val="7"/>
  </w:num>
  <w:num w:numId="6" w16cid:durableId="478809700">
    <w:abstractNumId w:val="3"/>
  </w:num>
  <w:num w:numId="7" w16cid:durableId="1147672842">
    <w:abstractNumId w:val="2"/>
  </w:num>
  <w:num w:numId="8" w16cid:durableId="2046059627">
    <w:abstractNumId w:val="1"/>
  </w:num>
  <w:num w:numId="9" w16cid:durableId="1648970073">
    <w:abstractNumId w:val="0"/>
  </w:num>
  <w:num w:numId="10" w16cid:durableId="384064658">
    <w:abstractNumId w:val="9"/>
  </w:num>
  <w:num w:numId="11" w16cid:durableId="20152568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13B0"/>
    <w:rsid w:val="0029639D"/>
    <w:rsid w:val="002B74DC"/>
    <w:rsid w:val="002C64C4"/>
    <w:rsid w:val="00326F90"/>
    <w:rsid w:val="0061182C"/>
    <w:rsid w:val="007C28C9"/>
    <w:rsid w:val="00931902"/>
    <w:rsid w:val="00AA1D8D"/>
    <w:rsid w:val="00B276BE"/>
    <w:rsid w:val="00B47730"/>
    <w:rsid w:val="00B779F1"/>
    <w:rsid w:val="00C93E4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5A40A"/>
  <w14:defaultImageDpi w14:val="330"/>
  <w15:docId w15:val="{F4A2AE08-0C3B-43C2-A6CE-95F2A891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Noto Sans Thai" w:eastAsia="Noto Sans Thai" w:hAnsi="Noto Sans Thai" w:cs="Noto Sans Thai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Krit Katesorn</cp:lastModifiedBy>
  <cp:revision>3</cp:revision>
  <dcterms:created xsi:type="dcterms:W3CDTF">2026-05-13T01:50:00Z</dcterms:created>
  <dcterms:modified xsi:type="dcterms:W3CDTF">2026-05-13T01:50:00Z</dcterms:modified>
  <cp:category/>
</cp:coreProperties>
</file>