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3D180" w14:textId="15962384" w:rsidR="00CA231A" w:rsidRPr="006415B5" w:rsidRDefault="00000000">
      <w:pPr>
        <w:spacing w:after="120" w:line="240" w:lineRule="auto"/>
        <w:jc w:val="center"/>
        <w:rPr>
          <w:rFonts w:ascii="TH SarabunPSK" w:hAnsi="TH SarabunPSK" w:cs="TH SarabunPSK"/>
          <w:b/>
          <w:szCs w:val="32"/>
          <w:lang w:bidi="th-TH"/>
        </w:rPr>
      </w:pPr>
      <w:r w:rsidRPr="006415B5">
        <w:rPr>
          <w:rFonts w:ascii="TH SarabunPSK" w:hAnsi="TH SarabunPSK" w:cs="TH SarabunPSK"/>
          <w:b/>
          <w:szCs w:val="32"/>
          <w:lang w:bidi="th-TH"/>
        </w:rPr>
        <w:t>บันทึกข้อความ</w:t>
      </w:r>
      <w:r w:rsidRPr="006415B5">
        <w:rPr>
          <w:rFonts w:ascii="TH SarabunPSK" w:hAnsi="TH SarabunPSK" w:cs="TH SarabunPSK"/>
          <w:b/>
          <w:szCs w:val="32"/>
        </w:rPr>
        <w:t xml:space="preserve"> (MEMORANDUM)</w:t>
      </w:r>
    </w:p>
    <w:p w14:paraId="79A0FC3B" w14:textId="33F44681" w:rsidR="003363BA" w:rsidRPr="006415B5" w:rsidRDefault="003363BA" w:rsidP="003363BA">
      <w:pPr>
        <w:spacing w:after="120" w:line="240" w:lineRule="auto"/>
        <w:ind w:left="5040" w:firstLine="720"/>
        <w:rPr>
          <w:rFonts w:ascii="TH SarabunPSK" w:hAnsi="TH SarabunPSK" w:cs="TH SarabunPSK" w:hint="cs"/>
          <w:b/>
          <w:szCs w:val="32"/>
          <w:cs/>
          <w:lang w:bidi="th-TH"/>
        </w:rPr>
      </w:pPr>
      <w:r w:rsidRPr="006415B5">
        <w:rPr>
          <w:rFonts w:ascii="TH SarabunPSK" w:hAnsi="TH SarabunPSK" w:cs="TH SarabunPSK" w:hint="cs"/>
          <w:b/>
          <w:szCs w:val="32"/>
          <w:cs/>
          <w:lang w:bidi="th-TH"/>
        </w:rPr>
        <w:t xml:space="preserve">วันที่ </w:t>
      </w:r>
      <w:r w:rsidRPr="006415B5">
        <w:rPr>
          <w:rFonts w:ascii="TH SarabunPSK" w:hAnsi="TH SarabunPSK" w:cs="TH SarabunPSK"/>
          <w:szCs w:val="32"/>
        </w:rPr>
        <w:t>________________</w:t>
      </w:r>
      <w:r w:rsidRPr="006415B5">
        <w:rPr>
          <w:rFonts w:ascii="TH SarabunPSK" w:hAnsi="TH SarabunPSK" w:cs="TH SarabunPSK"/>
          <w:szCs w:val="32"/>
          <w:lang w:bidi="th-TH"/>
        </w:rPr>
        <w:t>______________</w:t>
      </w:r>
      <w:r w:rsidRPr="006415B5">
        <w:rPr>
          <w:rFonts w:ascii="TH SarabunPSK" w:hAnsi="TH SarabunPSK" w:cs="TH SarabunPSK"/>
          <w:b/>
          <w:szCs w:val="32"/>
          <w:cs/>
          <w:lang w:bidi="th-TH"/>
        </w:rPr>
        <w:br/>
      </w:r>
      <w:r w:rsidRPr="006415B5">
        <w:rPr>
          <w:rFonts w:ascii="TH SarabunPSK" w:hAnsi="TH SarabunPSK" w:cs="TH SarabunPSK"/>
          <w:szCs w:val="32"/>
          <w:lang w:bidi="th-TH"/>
        </w:rPr>
        <w:t>เลขที่เอกสาร</w:t>
      </w:r>
      <w:r w:rsidRPr="006415B5">
        <w:rPr>
          <w:rFonts w:ascii="TH SarabunPSK" w:hAnsi="TH SarabunPSK" w:cs="TH SarabunPSK"/>
          <w:szCs w:val="32"/>
        </w:rPr>
        <w:t xml:space="preserve"> ______________________________</w:t>
      </w:r>
    </w:p>
    <w:p w14:paraId="00A8E229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bCs/>
          <w:szCs w:val="32"/>
        </w:rPr>
      </w:pPr>
      <w:r w:rsidRPr="006415B5">
        <w:rPr>
          <w:rFonts w:ascii="TH SarabunPSK" w:hAnsi="TH SarabunPSK" w:cs="TH SarabunPSK"/>
          <w:bCs/>
          <w:szCs w:val="32"/>
          <w:lang w:bidi="th-TH"/>
        </w:rPr>
        <w:t>เรื่อง</w:t>
      </w:r>
      <w:r w:rsidRPr="006415B5">
        <w:rPr>
          <w:rFonts w:ascii="TH SarabunPSK" w:hAnsi="TH SarabunPSK" w:cs="TH SarabunPSK"/>
          <w:bCs/>
          <w:szCs w:val="32"/>
        </w:rPr>
        <w:t xml:space="preserve">  </w:t>
      </w:r>
      <w:r w:rsidRPr="006415B5">
        <w:rPr>
          <w:rFonts w:ascii="TH SarabunPSK" w:hAnsi="TH SarabunPSK" w:cs="TH SarabunPSK"/>
          <w:bCs/>
          <w:szCs w:val="32"/>
          <w:lang w:bidi="th-TH"/>
        </w:rPr>
        <w:t>รายงานบัญชีและเอกสารประกอบการลงบัญชีสูญหายหรือเสียหายจากเหตุอุทกภัย</w:t>
      </w:r>
      <w:r w:rsidRPr="006415B5">
        <w:rPr>
          <w:rFonts w:ascii="TH SarabunPSK" w:hAnsi="TH SarabunPSK" w:cs="TH SarabunPSK"/>
          <w:bCs/>
          <w:szCs w:val="32"/>
        </w:rPr>
        <w:br/>
        <w:t xml:space="preserve">       </w:t>
      </w:r>
      <w:r w:rsidRPr="006415B5">
        <w:rPr>
          <w:rFonts w:ascii="TH SarabunPSK" w:hAnsi="TH SarabunPSK" w:cs="TH SarabunPSK"/>
          <w:bCs/>
          <w:szCs w:val="32"/>
          <w:lang w:bidi="th-TH"/>
        </w:rPr>
        <w:t>และขออนุมัติดำเนินการแจ้งต่อหน่วยงานที่เกี่ยวข้อง</w:t>
      </w:r>
    </w:p>
    <w:p w14:paraId="69F8FD62" w14:textId="63CF3D79" w:rsidR="00CA231A" w:rsidRPr="006415B5" w:rsidRDefault="00000000">
      <w:pPr>
        <w:spacing w:after="40" w:line="240" w:lineRule="auto"/>
        <w:rPr>
          <w:rFonts w:ascii="TH SarabunPSK" w:hAnsi="TH SarabunPSK" w:cs="TH SarabunPSK"/>
          <w:bCs/>
          <w:szCs w:val="32"/>
        </w:rPr>
      </w:pPr>
      <w:r w:rsidRPr="006415B5">
        <w:rPr>
          <w:rFonts w:ascii="TH SarabunPSK" w:hAnsi="TH SarabunPSK" w:cs="TH SarabunPSK"/>
          <w:bCs/>
          <w:szCs w:val="32"/>
          <w:lang w:bidi="th-TH"/>
        </w:rPr>
        <w:t>เรียน</w:t>
      </w:r>
      <w:r w:rsidRPr="006415B5">
        <w:rPr>
          <w:rFonts w:ascii="TH SarabunPSK" w:hAnsi="TH SarabunPSK" w:cs="TH SarabunPSK"/>
          <w:bCs/>
          <w:szCs w:val="32"/>
        </w:rPr>
        <w:t xml:space="preserve">  </w:t>
      </w:r>
      <w:r w:rsidRPr="006415B5">
        <w:rPr>
          <w:rFonts w:ascii="TH SarabunPSK" w:hAnsi="TH SarabunPSK" w:cs="TH SarabunPSK"/>
          <w:bCs/>
          <w:szCs w:val="32"/>
          <w:lang w:bidi="th-TH"/>
        </w:rPr>
        <w:t>กรรมการผู้จัดการ</w:t>
      </w:r>
      <w:r w:rsidR="003363BA" w:rsidRPr="006415B5">
        <w:rPr>
          <w:rFonts w:ascii="TH SarabunPSK" w:hAnsi="TH SarabunPSK" w:cs="TH SarabunPSK" w:hint="cs"/>
          <w:bCs/>
          <w:szCs w:val="32"/>
          <w:cs/>
          <w:lang w:bidi="th-TH"/>
        </w:rPr>
        <w:t xml:space="preserve"> </w:t>
      </w:r>
    </w:p>
    <w:p w14:paraId="14F8272D" w14:textId="77777777" w:rsidR="003363BA" w:rsidRPr="006415B5" w:rsidRDefault="003363BA">
      <w:pPr>
        <w:spacing w:after="40" w:line="240" w:lineRule="auto"/>
        <w:rPr>
          <w:rFonts w:ascii="TH SarabunPSK" w:hAnsi="TH SarabunPSK" w:cs="TH SarabunPSK"/>
          <w:szCs w:val="32"/>
          <w:lang w:bidi="th-TH"/>
        </w:rPr>
      </w:pPr>
    </w:p>
    <w:p w14:paraId="043B097B" w14:textId="3D4180D4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b/>
          <w:szCs w:val="32"/>
        </w:rPr>
        <w:t xml:space="preserve">1. </w:t>
      </w:r>
      <w:r w:rsidRPr="006415B5">
        <w:rPr>
          <w:rFonts w:ascii="TH SarabunPSK" w:hAnsi="TH SarabunPSK" w:cs="TH SarabunPSK"/>
          <w:b/>
          <w:szCs w:val="32"/>
          <w:lang w:bidi="th-TH"/>
        </w:rPr>
        <w:t>รายละเอียดเหตุการณ์</w:t>
      </w:r>
    </w:p>
    <w:p w14:paraId="67E75BC5" w14:textId="7F37D2D5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szCs w:val="32"/>
          <w:lang w:bidi="th-TH"/>
        </w:rPr>
        <w:t>เนื่องจากเมื่อวันที่</w:t>
      </w:r>
      <w:r w:rsidRPr="006415B5">
        <w:rPr>
          <w:rFonts w:ascii="TH SarabunPSK" w:hAnsi="TH SarabunPSK" w:cs="TH SarabunPSK"/>
          <w:szCs w:val="32"/>
        </w:rPr>
        <w:t xml:space="preserve"> __________________ </w:t>
      </w:r>
      <w:r w:rsidRPr="006415B5">
        <w:rPr>
          <w:rFonts w:ascii="TH SarabunPSK" w:hAnsi="TH SarabunPSK" w:cs="TH SarabunPSK"/>
          <w:szCs w:val="32"/>
          <w:lang w:bidi="th-TH"/>
        </w:rPr>
        <w:t>ได้เกิดเหตุอุทกภัย</w:t>
      </w:r>
      <w:r w:rsidRPr="006415B5">
        <w:rPr>
          <w:rFonts w:ascii="TH SarabunPSK" w:hAnsi="TH SarabunPSK" w:cs="TH SarabunPSK"/>
          <w:szCs w:val="32"/>
        </w:rPr>
        <w:t>/</w:t>
      </w:r>
      <w:r w:rsidRPr="006415B5">
        <w:rPr>
          <w:rFonts w:ascii="TH SarabunPSK" w:hAnsi="TH SarabunPSK" w:cs="TH SarabunPSK"/>
          <w:szCs w:val="32"/>
          <w:lang w:bidi="th-TH"/>
        </w:rPr>
        <w:t>น้ำท่วม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ณ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สถานที่</w:t>
      </w:r>
      <w:r w:rsidRPr="006415B5">
        <w:rPr>
          <w:rFonts w:ascii="TH SarabunPSK" w:hAnsi="TH SarabunPSK" w:cs="TH SarabunPSK"/>
          <w:szCs w:val="32"/>
        </w:rPr>
        <w:t xml:space="preserve"> _____________</w:t>
      </w:r>
      <w:r w:rsidR="003363BA" w:rsidRPr="006415B5">
        <w:rPr>
          <w:rFonts w:ascii="TH SarabunPSK" w:hAnsi="TH SarabunPSK" w:cs="TH SarabunPSK"/>
          <w:szCs w:val="32"/>
        </w:rPr>
        <w:t>______________</w:t>
      </w:r>
      <w:r w:rsidR="003363BA" w:rsidRPr="006415B5">
        <w:rPr>
          <w:rFonts w:ascii="TH SarabunPSK" w:hAnsi="TH SarabunPSK" w:cs="TH SarabunPSK"/>
          <w:szCs w:val="32"/>
        </w:rPr>
        <w:br/>
        <w:t>____________________________________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ซึ่งเป็นสถานที่จัดเก็บบัญชีและเอกสารประกอบการลงบัญชีของบริษัท</w:t>
      </w:r>
    </w:p>
    <w:p w14:paraId="31B8753A" w14:textId="2DA0923E" w:rsidR="00CA231A" w:rsidRPr="006415B5" w:rsidRDefault="00000000" w:rsidP="003363BA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szCs w:val="32"/>
          <w:lang w:bidi="th-TH"/>
        </w:rPr>
        <w:t>เหตุการณ์ดังกล่าวส่งผลให้น้ำเข้าท่วมบริเวณ</w:t>
      </w:r>
      <w:r w:rsidRPr="006415B5">
        <w:rPr>
          <w:rFonts w:ascii="TH SarabunPSK" w:hAnsi="TH SarabunPSK" w:cs="TH SarabunPSK"/>
          <w:szCs w:val="32"/>
        </w:rPr>
        <w:t xml:space="preserve"> _____________________________________</w:t>
      </w:r>
      <w:r w:rsidR="003363BA" w:rsidRPr="006415B5">
        <w:rPr>
          <w:rFonts w:ascii="TH SarabunPSK" w:hAnsi="TH SarabunPSK" w:cs="TH SarabunPSK"/>
          <w:szCs w:val="32"/>
        </w:rPr>
        <w:t>________</w:t>
      </w:r>
      <w:r w:rsidRPr="006415B5">
        <w:rPr>
          <w:rFonts w:ascii="TH SarabunPSK" w:hAnsi="TH SarabunPSK" w:cs="TH SarabunPSK"/>
          <w:szCs w:val="32"/>
        </w:rPr>
        <w:t xml:space="preserve">_________ </w:t>
      </w:r>
      <w:r w:rsidRPr="006415B5">
        <w:rPr>
          <w:rFonts w:ascii="TH SarabunPSK" w:hAnsi="TH SarabunPSK" w:cs="TH SarabunPSK"/>
          <w:szCs w:val="32"/>
          <w:lang w:bidi="th-TH"/>
        </w:rPr>
        <w:t>ทำให้บัญชีและเอกสารประกอบการลงบัญชีบางส่วนได้รับความเสียหายจากน้ำ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และ</w:t>
      </w:r>
      <w:r w:rsidRPr="006415B5">
        <w:rPr>
          <w:rFonts w:ascii="TH SarabunPSK" w:hAnsi="TH SarabunPSK" w:cs="TH SarabunPSK"/>
          <w:szCs w:val="32"/>
        </w:rPr>
        <w:t>/</w:t>
      </w:r>
      <w:r w:rsidRPr="006415B5">
        <w:rPr>
          <w:rFonts w:ascii="TH SarabunPSK" w:hAnsi="TH SarabunPSK" w:cs="TH SarabunPSK"/>
          <w:szCs w:val="32"/>
          <w:lang w:bidi="th-TH"/>
        </w:rPr>
        <w:t>หรือสูญหาย</w:t>
      </w:r>
      <w:r w:rsidR="003363BA" w:rsidRPr="006415B5">
        <w:rPr>
          <w:rFonts w:ascii="TH SarabunPSK" w:hAnsi="TH SarabunPSK" w:cs="TH SarabunPSK" w:hint="cs"/>
          <w:szCs w:val="32"/>
          <w:cs/>
          <w:lang w:bidi="th-TH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ไม่สามารถนำกลับมาใช้งานหรือค้นหาได้</w:t>
      </w:r>
    </w:p>
    <w:p w14:paraId="0C75F1B0" w14:textId="707BFA19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szCs w:val="32"/>
          <w:lang w:bidi="th-TH"/>
        </w:rPr>
        <w:t>บริษัทสามารถเข้าตรวจสอบพื้นที่และเอกสารที่ได้รับผลกระทบได้เมื่อวันที่</w:t>
      </w:r>
      <w:r w:rsidRPr="006415B5">
        <w:rPr>
          <w:rFonts w:ascii="TH SarabunPSK" w:hAnsi="TH SarabunPSK" w:cs="TH SarabunPSK"/>
          <w:szCs w:val="32"/>
        </w:rPr>
        <w:t xml:space="preserve"> _______________</w:t>
      </w:r>
      <w:r w:rsidR="003363BA" w:rsidRPr="006415B5">
        <w:rPr>
          <w:rFonts w:ascii="TH SarabunPSK" w:hAnsi="TH SarabunPSK" w:cs="TH SarabunPSK"/>
          <w:szCs w:val="32"/>
          <w:lang w:bidi="th-TH"/>
        </w:rPr>
        <w:t>______________</w:t>
      </w:r>
      <w:r w:rsidRPr="006415B5">
        <w:rPr>
          <w:rFonts w:ascii="TH SarabunPSK" w:hAnsi="TH SarabunPSK" w:cs="TH SarabunPSK"/>
          <w:szCs w:val="32"/>
        </w:rPr>
        <w:t xml:space="preserve">___ </w:t>
      </w:r>
      <w:r w:rsidRPr="006415B5">
        <w:rPr>
          <w:rFonts w:ascii="TH SarabunPSK" w:hAnsi="TH SarabunPSK" w:cs="TH SarabunPSK"/>
          <w:szCs w:val="32"/>
          <w:lang w:bidi="th-TH"/>
        </w:rPr>
        <w:t>และจากการตรวจสอบพบว่ามีบัญชีและเอกสารประกอบการลงบัญชีสูญหายหรือเสียหายตามรายละเอียดดังต่อไปนี้</w:t>
      </w:r>
    </w:p>
    <w:p w14:paraId="23C5A895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b/>
          <w:szCs w:val="32"/>
        </w:rPr>
        <w:t xml:space="preserve">2. </w:t>
      </w:r>
      <w:r w:rsidRPr="006415B5">
        <w:rPr>
          <w:rFonts w:ascii="TH SarabunPSK" w:hAnsi="TH SarabunPSK" w:cs="TH SarabunPSK"/>
          <w:b/>
          <w:szCs w:val="32"/>
          <w:lang w:bidi="th-TH"/>
        </w:rPr>
        <w:t>รายละเอียดบัญชีและเอกสารที่สูญหายหรือเสียหาย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44"/>
        <w:gridCol w:w="2059"/>
        <w:gridCol w:w="1896"/>
        <w:gridCol w:w="1466"/>
        <w:gridCol w:w="1319"/>
        <w:gridCol w:w="1865"/>
      </w:tblGrid>
      <w:tr w:rsidR="00CA231A" w:rsidRPr="006415B5" w14:paraId="77955B74" w14:textId="77777777" w:rsidTr="003363BA">
        <w:trPr>
          <w:jc w:val="center"/>
        </w:trPr>
        <w:tc>
          <w:tcPr>
            <w:tcW w:w="1632" w:type="dxa"/>
            <w:vAlign w:val="center"/>
          </w:tcPr>
          <w:p w14:paraId="70E12615" w14:textId="77777777" w:rsidR="00CA231A" w:rsidRPr="006415B5" w:rsidRDefault="00000000" w:rsidP="003363BA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ลำดับ</w:t>
            </w:r>
          </w:p>
        </w:tc>
        <w:tc>
          <w:tcPr>
            <w:tcW w:w="1828" w:type="dxa"/>
            <w:vAlign w:val="center"/>
          </w:tcPr>
          <w:p w14:paraId="087ED830" w14:textId="77777777" w:rsidR="00CA231A" w:rsidRPr="006415B5" w:rsidRDefault="00000000" w:rsidP="003363BA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ประเภทบัญชี/เอกสาร</w:t>
            </w:r>
          </w:p>
        </w:tc>
        <w:tc>
          <w:tcPr>
            <w:tcW w:w="1686" w:type="dxa"/>
            <w:vAlign w:val="center"/>
          </w:tcPr>
          <w:p w14:paraId="053853ED" w14:textId="77777777" w:rsidR="00CA231A" w:rsidRPr="006415B5" w:rsidRDefault="00000000" w:rsidP="003363BA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ช่วงวันที่ของเอกสาร</w:t>
            </w:r>
          </w:p>
        </w:tc>
        <w:tc>
          <w:tcPr>
            <w:tcW w:w="1637" w:type="dxa"/>
            <w:vAlign w:val="center"/>
          </w:tcPr>
          <w:p w14:paraId="5CF85E33" w14:textId="77777777" w:rsidR="00CA231A" w:rsidRPr="006415B5" w:rsidRDefault="00000000" w:rsidP="003363BA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รอบบัญชี/ปี</w:t>
            </w:r>
          </w:p>
        </w:tc>
        <w:tc>
          <w:tcPr>
            <w:tcW w:w="1633" w:type="dxa"/>
            <w:vAlign w:val="center"/>
          </w:tcPr>
          <w:p w14:paraId="3F429FB9" w14:textId="77777777" w:rsidR="00CA231A" w:rsidRPr="006415B5" w:rsidRDefault="00000000" w:rsidP="003363BA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สถานะ</w:t>
            </w:r>
          </w:p>
        </w:tc>
        <w:tc>
          <w:tcPr>
            <w:tcW w:w="1659" w:type="dxa"/>
            <w:vAlign w:val="center"/>
          </w:tcPr>
          <w:p w14:paraId="79F643D6" w14:textId="77777777" w:rsidR="00CA231A" w:rsidRPr="006415B5" w:rsidRDefault="00000000" w:rsidP="003363BA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รายละเอียดเพิ่มเติม</w:t>
            </w:r>
          </w:p>
        </w:tc>
      </w:tr>
      <w:tr w:rsidR="00CA231A" w:rsidRPr="006415B5" w14:paraId="7C09E428" w14:textId="77777777" w:rsidTr="003363BA">
        <w:trPr>
          <w:jc w:val="center"/>
        </w:trPr>
        <w:tc>
          <w:tcPr>
            <w:tcW w:w="1632" w:type="dxa"/>
            <w:vAlign w:val="center"/>
          </w:tcPr>
          <w:p w14:paraId="37E274F1" w14:textId="77777777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1</w:t>
            </w:r>
          </w:p>
        </w:tc>
        <w:tc>
          <w:tcPr>
            <w:tcW w:w="1828" w:type="dxa"/>
            <w:vAlign w:val="center"/>
          </w:tcPr>
          <w:p w14:paraId="05AD0883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86" w:type="dxa"/>
            <w:vAlign w:val="center"/>
          </w:tcPr>
          <w:p w14:paraId="5A2C3D97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37" w:type="dxa"/>
            <w:vAlign w:val="center"/>
          </w:tcPr>
          <w:p w14:paraId="6E43A5F1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33" w:type="dxa"/>
            <w:vAlign w:val="center"/>
          </w:tcPr>
          <w:p w14:paraId="3441F175" w14:textId="2BEBCF0B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สูญหาย  </w:t>
            </w:r>
            <w:r w:rsidR="003363BA"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เสียหาย</w:t>
            </w:r>
          </w:p>
        </w:tc>
        <w:tc>
          <w:tcPr>
            <w:tcW w:w="1659" w:type="dxa"/>
            <w:vAlign w:val="center"/>
          </w:tcPr>
          <w:p w14:paraId="60D8E65A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CA231A" w:rsidRPr="006415B5" w14:paraId="1ADE15F0" w14:textId="77777777" w:rsidTr="003363BA">
        <w:trPr>
          <w:jc w:val="center"/>
        </w:trPr>
        <w:tc>
          <w:tcPr>
            <w:tcW w:w="1632" w:type="dxa"/>
            <w:vAlign w:val="center"/>
          </w:tcPr>
          <w:p w14:paraId="2282CE17" w14:textId="77777777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2</w:t>
            </w:r>
          </w:p>
        </w:tc>
        <w:tc>
          <w:tcPr>
            <w:tcW w:w="1828" w:type="dxa"/>
            <w:vAlign w:val="center"/>
          </w:tcPr>
          <w:p w14:paraId="0F291011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86" w:type="dxa"/>
            <w:vAlign w:val="center"/>
          </w:tcPr>
          <w:p w14:paraId="355A0922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37" w:type="dxa"/>
            <w:vAlign w:val="center"/>
          </w:tcPr>
          <w:p w14:paraId="5A1D3697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33" w:type="dxa"/>
            <w:vAlign w:val="center"/>
          </w:tcPr>
          <w:p w14:paraId="2DC42582" w14:textId="1072ACB2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สูญหาย  </w:t>
            </w:r>
            <w:r w:rsidR="003363BA"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เสียหาย</w:t>
            </w:r>
          </w:p>
        </w:tc>
        <w:tc>
          <w:tcPr>
            <w:tcW w:w="1659" w:type="dxa"/>
            <w:vAlign w:val="center"/>
          </w:tcPr>
          <w:p w14:paraId="58DFC038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CA231A" w:rsidRPr="006415B5" w14:paraId="23CBF917" w14:textId="77777777" w:rsidTr="003363BA">
        <w:trPr>
          <w:jc w:val="center"/>
        </w:trPr>
        <w:tc>
          <w:tcPr>
            <w:tcW w:w="1632" w:type="dxa"/>
            <w:vAlign w:val="center"/>
          </w:tcPr>
          <w:p w14:paraId="54FC59C0" w14:textId="77777777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3</w:t>
            </w:r>
          </w:p>
        </w:tc>
        <w:tc>
          <w:tcPr>
            <w:tcW w:w="1828" w:type="dxa"/>
            <w:vAlign w:val="center"/>
          </w:tcPr>
          <w:p w14:paraId="700BF21D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86" w:type="dxa"/>
            <w:vAlign w:val="center"/>
          </w:tcPr>
          <w:p w14:paraId="15543ACC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37" w:type="dxa"/>
            <w:vAlign w:val="center"/>
          </w:tcPr>
          <w:p w14:paraId="5B606C1D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33" w:type="dxa"/>
            <w:vAlign w:val="center"/>
          </w:tcPr>
          <w:p w14:paraId="1D2083BB" w14:textId="1A57D805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สูญหาย  </w:t>
            </w:r>
            <w:r w:rsidR="003363BA"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เสียหาย</w:t>
            </w:r>
          </w:p>
        </w:tc>
        <w:tc>
          <w:tcPr>
            <w:tcW w:w="1659" w:type="dxa"/>
            <w:vAlign w:val="center"/>
          </w:tcPr>
          <w:p w14:paraId="036A65B1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CA231A" w:rsidRPr="006415B5" w14:paraId="7A4FDD0A" w14:textId="77777777" w:rsidTr="003363BA">
        <w:trPr>
          <w:jc w:val="center"/>
        </w:trPr>
        <w:tc>
          <w:tcPr>
            <w:tcW w:w="1632" w:type="dxa"/>
            <w:vAlign w:val="center"/>
          </w:tcPr>
          <w:p w14:paraId="631FAD43" w14:textId="77777777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4</w:t>
            </w:r>
          </w:p>
        </w:tc>
        <w:tc>
          <w:tcPr>
            <w:tcW w:w="1828" w:type="dxa"/>
            <w:vAlign w:val="center"/>
          </w:tcPr>
          <w:p w14:paraId="5146CF3C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86" w:type="dxa"/>
            <w:vAlign w:val="center"/>
          </w:tcPr>
          <w:p w14:paraId="24892038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37" w:type="dxa"/>
            <w:vAlign w:val="center"/>
          </w:tcPr>
          <w:p w14:paraId="3BA5BBA4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33" w:type="dxa"/>
            <w:vAlign w:val="center"/>
          </w:tcPr>
          <w:p w14:paraId="601C5E5D" w14:textId="24123928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สูญหาย </w:t>
            </w:r>
            <w:r w:rsidR="003363BA"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เสียหาย</w:t>
            </w:r>
          </w:p>
        </w:tc>
        <w:tc>
          <w:tcPr>
            <w:tcW w:w="1659" w:type="dxa"/>
            <w:vAlign w:val="center"/>
          </w:tcPr>
          <w:p w14:paraId="3B5D032E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CA231A" w:rsidRPr="006415B5" w14:paraId="4C1FB3DD" w14:textId="77777777" w:rsidTr="003363BA">
        <w:trPr>
          <w:jc w:val="center"/>
        </w:trPr>
        <w:tc>
          <w:tcPr>
            <w:tcW w:w="1632" w:type="dxa"/>
            <w:vAlign w:val="center"/>
          </w:tcPr>
          <w:p w14:paraId="64DFC6F6" w14:textId="77777777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</w:rPr>
              <w:t>5</w:t>
            </w:r>
          </w:p>
        </w:tc>
        <w:tc>
          <w:tcPr>
            <w:tcW w:w="1828" w:type="dxa"/>
            <w:vAlign w:val="center"/>
          </w:tcPr>
          <w:p w14:paraId="77E0AECB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86" w:type="dxa"/>
            <w:vAlign w:val="center"/>
          </w:tcPr>
          <w:p w14:paraId="019EA360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37" w:type="dxa"/>
            <w:vAlign w:val="center"/>
          </w:tcPr>
          <w:p w14:paraId="3DEE56A4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33" w:type="dxa"/>
            <w:vAlign w:val="center"/>
          </w:tcPr>
          <w:p w14:paraId="7B7EB754" w14:textId="6A276D26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สูญหาย  </w:t>
            </w:r>
            <w:r w:rsidR="003363BA"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เสียหาย</w:t>
            </w:r>
          </w:p>
        </w:tc>
        <w:tc>
          <w:tcPr>
            <w:tcW w:w="1659" w:type="dxa"/>
            <w:vAlign w:val="center"/>
          </w:tcPr>
          <w:p w14:paraId="474C1072" w14:textId="77777777" w:rsidR="00CA231A" w:rsidRPr="006415B5" w:rsidRDefault="00CA231A">
            <w:pPr>
              <w:rPr>
                <w:rFonts w:ascii="TH SarabunPSK" w:hAnsi="TH SarabunPSK" w:cs="TH SarabunPSK"/>
                <w:szCs w:val="32"/>
              </w:rPr>
            </w:pPr>
          </w:p>
        </w:tc>
      </w:tr>
    </w:tbl>
    <w:p w14:paraId="6F536A37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szCs w:val="32"/>
          <w:lang w:bidi="th-TH"/>
        </w:rPr>
        <w:t>หมายเหตุ</w:t>
      </w:r>
      <w:r w:rsidRPr="006415B5">
        <w:rPr>
          <w:rFonts w:ascii="TH SarabunPSK" w:hAnsi="TH SarabunPSK" w:cs="TH SarabunPSK"/>
          <w:szCs w:val="32"/>
        </w:rPr>
        <w:t xml:space="preserve">: </w:t>
      </w:r>
      <w:r w:rsidRPr="006415B5">
        <w:rPr>
          <w:rFonts w:ascii="TH SarabunPSK" w:hAnsi="TH SarabunPSK" w:cs="TH SarabunPSK"/>
          <w:szCs w:val="32"/>
          <w:lang w:bidi="th-TH"/>
        </w:rPr>
        <w:t>หากมีเอกสารจำนวนมาก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ให้จัดทำบัญชีรายละเอียดเอกสารสูญหายหรือเสียหายเป็นเอกสารแนบท้ายบันทึกฉบับนี้</w:t>
      </w:r>
    </w:p>
    <w:p w14:paraId="6E1EA116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b/>
          <w:szCs w:val="32"/>
        </w:rPr>
        <w:lastRenderedPageBreak/>
        <w:t xml:space="preserve">3. </w:t>
      </w:r>
      <w:r w:rsidRPr="006415B5">
        <w:rPr>
          <w:rFonts w:ascii="TH SarabunPSK" w:hAnsi="TH SarabunPSK" w:cs="TH SarabunPSK"/>
          <w:b/>
          <w:szCs w:val="32"/>
          <w:lang w:bidi="th-TH"/>
        </w:rPr>
        <w:t>สถานที่จัดเก็บเอกสารขณะเกิดเหตุ</w:t>
      </w:r>
    </w:p>
    <w:p w14:paraId="09C77C3B" w14:textId="72845092" w:rsidR="00EF21A8" w:rsidRPr="006415B5" w:rsidRDefault="00000000" w:rsidP="00EF21A8">
      <w:pPr>
        <w:spacing w:after="40" w:line="240" w:lineRule="auto"/>
        <w:rPr>
          <w:rFonts w:ascii="TH SarabunPSK" w:hAnsi="TH SarabunPSK" w:cs="TH SarabunPSK"/>
          <w:szCs w:val="32"/>
          <w:lang w:bidi="th-TH"/>
        </w:rPr>
      </w:pPr>
      <w:r w:rsidRPr="006415B5">
        <w:rPr>
          <w:rFonts w:ascii="TH SarabunPSK" w:hAnsi="TH SarabunPSK" w:cs="TH SarabunPSK"/>
          <w:szCs w:val="32"/>
          <w:lang w:bidi="th-TH"/>
        </w:rPr>
        <w:t>ชื่อสถานที่</w:t>
      </w:r>
      <w:r w:rsidRPr="006415B5">
        <w:rPr>
          <w:rFonts w:ascii="TH SarabunPSK" w:hAnsi="TH SarabunPSK" w:cs="TH SarabunPSK"/>
          <w:szCs w:val="32"/>
        </w:rPr>
        <w:t>/</w:t>
      </w:r>
      <w:r w:rsidRPr="006415B5">
        <w:rPr>
          <w:rFonts w:ascii="TH SarabunPSK" w:hAnsi="TH SarabunPSK" w:cs="TH SarabunPSK"/>
          <w:szCs w:val="32"/>
          <w:lang w:bidi="th-TH"/>
        </w:rPr>
        <w:t>อาคาร</w:t>
      </w:r>
      <w:r w:rsidRPr="006415B5">
        <w:rPr>
          <w:rFonts w:ascii="TH SarabunPSK" w:hAnsi="TH SarabunPSK" w:cs="TH SarabunPSK"/>
          <w:szCs w:val="32"/>
        </w:rPr>
        <w:t xml:space="preserve"> _______________________________</w:t>
      </w:r>
      <w:r w:rsidR="00EF21A8" w:rsidRPr="006415B5">
        <w:rPr>
          <w:rFonts w:ascii="TH SarabunPSK" w:hAnsi="TH SarabunPSK" w:cs="TH SarabunPSK"/>
          <w:szCs w:val="32"/>
          <w:cs/>
          <w:lang w:bidi="th-TH"/>
        </w:rPr>
        <w:br/>
      </w:r>
      <w:r w:rsidR="00EF21A8" w:rsidRPr="006415B5">
        <w:rPr>
          <w:rFonts w:ascii="TH SarabunPSK" w:hAnsi="TH SarabunPSK" w:cs="TH SarabunPSK" w:hint="cs"/>
          <w:szCs w:val="32"/>
          <w:cs/>
          <w:lang w:bidi="th-TH"/>
        </w:rPr>
        <w:t>ตั้งอยู่เลขที่</w:t>
      </w:r>
      <w:r w:rsidRPr="006415B5">
        <w:rPr>
          <w:rFonts w:ascii="TH SarabunPSK" w:hAnsi="TH SarabunPSK" w:cs="TH SarabunPSK"/>
          <w:szCs w:val="32"/>
          <w:lang w:bidi="th-TH"/>
        </w:rPr>
        <w:t>เลขที่</w:t>
      </w:r>
      <w:r w:rsidRPr="006415B5">
        <w:rPr>
          <w:rFonts w:ascii="TH SarabunPSK" w:hAnsi="TH SarabunPSK" w:cs="TH SarabunPSK"/>
          <w:szCs w:val="32"/>
        </w:rPr>
        <w:t xml:space="preserve"> __________</w:t>
      </w:r>
      <w:r w:rsidR="00EF21A8" w:rsidRPr="006415B5">
        <w:rPr>
          <w:rFonts w:ascii="TH SarabunPSK" w:hAnsi="TH SarabunPSK" w:cs="TH SarabunPSK"/>
          <w:szCs w:val="32"/>
          <w:lang w:bidi="th-TH"/>
        </w:rPr>
        <w:t>________________________________________________________________</w:t>
      </w:r>
    </w:p>
    <w:p w14:paraId="1BAB65D4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szCs w:val="32"/>
          <w:lang w:bidi="th-TH"/>
        </w:rPr>
        <w:t>ลักษณะสถานที่</w:t>
      </w:r>
      <w:r w:rsidRPr="006415B5">
        <w:rPr>
          <w:rFonts w:ascii="TH SarabunPSK" w:hAnsi="TH SarabunPSK" w:cs="TH SarabunPSK"/>
          <w:szCs w:val="32"/>
        </w:rPr>
        <w:t xml:space="preserve">:  </w:t>
      </w: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สำนักงานใหญ่</w:t>
      </w:r>
      <w:r w:rsidRPr="006415B5">
        <w:rPr>
          <w:rFonts w:ascii="TH SarabunPSK" w:hAnsi="TH SarabunPSK" w:cs="TH SarabunPSK"/>
          <w:szCs w:val="32"/>
        </w:rPr>
        <w:t xml:space="preserve">   </w:t>
      </w: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สาขา</w:t>
      </w:r>
      <w:r w:rsidRPr="006415B5">
        <w:rPr>
          <w:rFonts w:ascii="TH SarabunPSK" w:hAnsi="TH SarabunPSK" w:cs="TH SarabunPSK"/>
          <w:szCs w:val="32"/>
        </w:rPr>
        <w:t xml:space="preserve">   </w:t>
      </w: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สถานที่ทำงานเป็นประจำ</w:t>
      </w:r>
      <w:r w:rsidRPr="006415B5">
        <w:rPr>
          <w:rFonts w:ascii="TH SarabunPSK" w:hAnsi="TH SarabunPSK" w:cs="TH SarabunPSK"/>
          <w:szCs w:val="32"/>
        </w:rPr>
        <w:t xml:space="preserve">   </w:t>
      </w: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สถานที่ผลิตหรือเก็บสินค้า</w:t>
      </w:r>
      <w:r w:rsidRPr="006415B5">
        <w:rPr>
          <w:rFonts w:ascii="TH SarabunPSK" w:hAnsi="TH SarabunPSK" w:cs="TH SarabunPSK"/>
          <w:szCs w:val="32"/>
        </w:rPr>
        <w:br/>
        <w:t xml:space="preserve">                     </w:t>
      </w: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สำนักงานบริการรับทำบัญชี</w:t>
      </w:r>
      <w:r w:rsidRPr="006415B5">
        <w:rPr>
          <w:rFonts w:ascii="TH SarabunPSK" w:hAnsi="TH SarabunPSK" w:cs="TH SarabunPSK"/>
          <w:szCs w:val="32"/>
        </w:rPr>
        <w:t xml:space="preserve">   </w:t>
      </w: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สถานที่รับฝากเอกสาร</w:t>
      </w:r>
      <w:r w:rsidRPr="006415B5">
        <w:rPr>
          <w:rFonts w:ascii="TH SarabunPSK" w:hAnsi="TH SarabunPSK" w:cs="TH SarabunPSK"/>
          <w:szCs w:val="32"/>
        </w:rPr>
        <w:t xml:space="preserve">   </w:t>
      </w: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อื่น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ๆ</w:t>
      </w:r>
      <w:r w:rsidRPr="006415B5">
        <w:rPr>
          <w:rFonts w:ascii="TH SarabunPSK" w:hAnsi="TH SarabunPSK" w:cs="TH SarabunPSK"/>
          <w:szCs w:val="32"/>
        </w:rPr>
        <w:t xml:space="preserve"> __________________</w:t>
      </w:r>
    </w:p>
    <w:p w14:paraId="196E3E8D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b/>
          <w:szCs w:val="32"/>
        </w:rPr>
        <w:t xml:space="preserve">4. </w:t>
      </w:r>
      <w:r w:rsidRPr="006415B5">
        <w:rPr>
          <w:rFonts w:ascii="TH SarabunPSK" w:hAnsi="TH SarabunPSK" w:cs="TH SarabunPSK"/>
          <w:b/>
          <w:szCs w:val="32"/>
          <w:lang w:bidi="th-TH"/>
        </w:rPr>
        <w:t>สาเหตุและวันที่ทราบความเสียหาย</w:t>
      </w:r>
    </w:p>
    <w:p w14:paraId="3562541B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szCs w:val="32"/>
          <w:lang w:bidi="th-TH"/>
        </w:rPr>
        <w:t>วันที่เกิดเหตุ</w:t>
      </w:r>
      <w:r w:rsidRPr="006415B5">
        <w:rPr>
          <w:rFonts w:ascii="TH SarabunPSK" w:hAnsi="TH SarabunPSK" w:cs="TH SarabunPSK"/>
          <w:szCs w:val="32"/>
        </w:rPr>
        <w:t xml:space="preserve"> ______________________________</w:t>
      </w:r>
    </w:p>
    <w:p w14:paraId="18416215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szCs w:val="32"/>
          <w:lang w:bidi="th-TH"/>
        </w:rPr>
        <w:t>วันที่บริษัทสามารถเข้าตรวจสอบพื้นที่</w:t>
      </w:r>
      <w:r w:rsidRPr="006415B5">
        <w:rPr>
          <w:rFonts w:ascii="TH SarabunPSK" w:hAnsi="TH SarabunPSK" w:cs="TH SarabunPSK"/>
          <w:szCs w:val="32"/>
        </w:rPr>
        <w:t xml:space="preserve"> ______________________________</w:t>
      </w:r>
    </w:p>
    <w:p w14:paraId="1F5C840A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szCs w:val="32"/>
          <w:lang w:bidi="th-TH"/>
        </w:rPr>
        <w:t>วันที่บริษัททราบหรือควรทราบว่าเอกสารสูญหาย</w:t>
      </w:r>
      <w:r w:rsidRPr="006415B5">
        <w:rPr>
          <w:rFonts w:ascii="TH SarabunPSK" w:hAnsi="TH SarabunPSK" w:cs="TH SarabunPSK"/>
          <w:szCs w:val="32"/>
        </w:rPr>
        <w:t>/</w:t>
      </w:r>
      <w:r w:rsidRPr="006415B5">
        <w:rPr>
          <w:rFonts w:ascii="TH SarabunPSK" w:hAnsi="TH SarabunPSK" w:cs="TH SarabunPSK"/>
          <w:szCs w:val="32"/>
          <w:lang w:bidi="th-TH"/>
        </w:rPr>
        <w:t>เสียหาย</w:t>
      </w:r>
      <w:r w:rsidRPr="006415B5">
        <w:rPr>
          <w:rFonts w:ascii="TH SarabunPSK" w:hAnsi="TH SarabunPSK" w:cs="TH SarabunPSK"/>
          <w:szCs w:val="32"/>
        </w:rPr>
        <w:t xml:space="preserve"> ______________________________</w:t>
      </w:r>
    </w:p>
    <w:p w14:paraId="3B424741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szCs w:val="32"/>
          <w:lang w:bidi="th-TH"/>
        </w:rPr>
        <w:t>รายละเอียดสาเหตุ</w:t>
      </w:r>
      <w:r w:rsidRPr="006415B5">
        <w:rPr>
          <w:rFonts w:ascii="TH SarabunPSK" w:hAnsi="TH SarabunPSK" w:cs="TH SarabunPSK"/>
          <w:szCs w:val="32"/>
        </w:rPr>
        <w:t xml:space="preserve">: </w:t>
      </w:r>
      <w:r w:rsidRPr="006415B5">
        <w:rPr>
          <w:rFonts w:ascii="TH SarabunPSK" w:hAnsi="TH SarabunPSK" w:cs="TH SarabunPSK"/>
          <w:szCs w:val="32"/>
          <w:lang w:bidi="th-TH"/>
        </w:rPr>
        <w:t>เกิดเหตุอุทกภัย</w:t>
      </w:r>
      <w:r w:rsidRPr="006415B5">
        <w:rPr>
          <w:rFonts w:ascii="TH SarabunPSK" w:hAnsi="TH SarabunPSK" w:cs="TH SarabunPSK"/>
          <w:szCs w:val="32"/>
        </w:rPr>
        <w:t>/</w:t>
      </w:r>
      <w:r w:rsidRPr="006415B5">
        <w:rPr>
          <w:rFonts w:ascii="TH SarabunPSK" w:hAnsi="TH SarabunPSK" w:cs="TH SarabunPSK"/>
          <w:szCs w:val="32"/>
          <w:lang w:bidi="th-TH"/>
        </w:rPr>
        <w:t>น้ำท่วมบริเวณ</w:t>
      </w:r>
      <w:r w:rsidRPr="006415B5">
        <w:rPr>
          <w:rFonts w:ascii="TH SarabunPSK" w:hAnsi="TH SarabunPSK" w:cs="TH SarabunPSK"/>
          <w:szCs w:val="32"/>
        </w:rPr>
        <w:t xml:space="preserve"> ______________________________________________ </w:t>
      </w:r>
      <w:r w:rsidRPr="006415B5">
        <w:rPr>
          <w:rFonts w:ascii="TH SarabunPSK" w:hAnsi="TH SarabunPSK" w:cs="TH SarabunPSK"/>
          <w:szCs w:val="32"/>
          <w:lang w:bidi="th-TH"/>
        </w:rPr>
        <w:t>ทำให้น้ำเข้าท่วมพื้นที่จัดเก็บบัญชีและเอกสารของบริษัท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ส่งผลให้เอกสารบางส่วนเปียกน้ำ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ชำรุด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ไม่สามารถอ่านหรือใช้งานได้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และ</w:t>
      </w:r>
      <w:r w:rsidRPr="006415B5">
        <w:rPr>
          <w:rFonts w:ascii="TH SarabunPSK" w:hAnsi="TH SarabunPSK" w:cs="TH SarabunPSK"/>
          <w:szCs w:val="32"/>
        </w:rPr>
        <w:t>/</w:t>
      </w:r>
      <w:r w:rsidRPr="006415B5">
        <w:rPr>
          <w:rFonts w:ascii="TH SarabunPSK" w:hAnsi="TH SarabunPSK" w:cs="TH SarabunPSK"/>
          <w:szCs w:val="32"/>
          <w:lang w:bidi="th-TH"/>
        </w:rPr>
        <w:t>หรือสูญหายจนไม่สามารถค้นคืนได้</w:t>
      </w:r>
    </w:p>
    <w:p w14:paraId="78B4575C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b/>
          <w:szCs w:val="32"/>
        </w:rPr>
        <w:t xml:space="preserve">5. </w:t>
      </w:r>
      <w:r w:rsidRPr="006415B5">
        <w:rPr>
          <w:rFonts w:ascii="TH SarabunPSK" w:hAnsi="TH SarabunPSK" w:cs="TH SarabunPSK"/>
          <w:b/>
          <w:szCs w:val="32"/>
          <w:lang w:bidi="th-TH"/>
        </w:rPr>
        <w:t>หลักฐานประกอบเหตุการณ์</w:t>
      </w:r>
    </w:p>
    <w:p w14:paraId="6D40F804" w14:textId="77777777" w:rsidR="006415B5" w:rsidRPr="006415B5" w:rsidRDefault="006415B5" w:rsidP="006415B5">
      <w:pPr>
        <w:spacing w:after="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ภาพถ่ายสถานที่เกิดเหตุและระดับน้ำท่วม</w:t>
      </w:r>
    </w:p>
    <w:p w14:paraId="3999DAC8" w14:textId="00B8B902" w:rsidR="006415B5" w:rsidRPr="00B45BED" w:rsidRDefault="006415B5" w:rsidP="00B45BED">
      <w:pPr>
        <w:spacing w:after="0" w:line="240" w:lineRule="auto"/>
        <w:rPr>
          <w:rFonts w:ascii="TH SarabunPSK" w:hAnsi="TH SarabunPSK" w:cs="TH SarabunPSK" w:hint="cs"/>
          <w:szCs w:val="32"/>
          <w:cs/>
        </w:rPr>
      </w:pP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ภาพถ่ายบัญชีและเอกสารที่ได้รับความเสียหาย</w:t>
      </w:r>
    </w:p>
    <w:p w14:paraId="5E6AF668" w14:textId="1F384B70" w:rsidR="006415B5" w:rsidRPr="006415B5" w:rsidRDefault="006415B5" w:rsidP="006415B5">
      <w:pPr>
        <w:spacing w:after="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ใบแจ้งความ</w:t>
      </w:r>
      <w:r w:rsidRPr="006415B5">
        <w:rPr>
          <w:rFonts w:ascii="TH SarabunPSK" w:hAnsi="TH SarabunPSK" w:cs="TH SarabunPSK"/>
          <w:szCs w:val="32"/>
        </w:rPr>
        <w:t xml:space="preserve"> / </w:t>
      </w:r>
      <w:r w:rsidRPr="006415B5">
        <w:rPr>
          <w:rFonts w:ascii="TH SarabunPSK" w:hAnsi="TH SarabunPSK" w:cs="TH SarabunPSK"/>
          <w:szCs w:val="32"/>
          <w:lang w:bidi="th-TH"/>
        </w:rPr>
        <w:t>รายงานประจำวันรับแจ้งเอกสารหาย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</w:rPr>
        <w:t xml:space="preserve">/ </w:t>
      </w:r>
      <w:r w:rsidRPr="006415B5">
        <w:rPr>
          <w:rFonts w:ascii="TH SarabunPSK" w:hAnsi="TH SarabunPSK" w:cs="TH SarabunPSK"/>
          <w:szCs w:val="32"/>
        </w:rPr>
        <w:t>(</w:t>
      </w:r>
      <w:r w:rsidRPr="006415B5">
        <w:rPr>
          <w:rFonts w:ascii="TH SarabunPSK" w:hAnsi="TH SarabunPSK" w:cs="TH SarabunPSK"/>
          <w:szCs w:val="32"/>
          <w:lang w:bidi="th-TH"/>
        </w:rPr>
        <w:t>ตามข้อเท็จจริง</w:t>
      </w:r>
      <w:r w:rsidRPr="006415B5">
        <w:rPr>
          <w:rFonts w:ascii="TH SarabunPSK" w:hAnsi="TH SarabunPSK" w:cs="TH SarabunPSK"/>
          <w:szCs w:val="32"/>
        </w:rPr>
        <w:t>)</w:t>
      </w:r>
    </w:p>
    <w:p w14:paraId="487BE61F" w14:textId="77777777" w:rsidR="006415B5" w:rsidRPr="006415B5" w:rsidRDefault="006415B5" w:rsidP="006415B5">
      <w:pPr>
        <w:spacing w:after="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หลักฐานหรือประกาศเกี่ยวกับเหตุอุทกภัยในพื้นที่</w:t>
      </w:r>
      <w:r w:rsidRPr="006415B5">
        <w:rPr>
          <w:rFonts w:ascii="TH SarabunPSK" w:hAnsi="TH SarabunPSK" w:cs="TH SarabunPSK"/>
          <w:szCs w:val="32"/>
        </w:rPr>
        <w:t xml:space="preserve"> (</w:t>
      </w:r>
      <w:r w:rsidRPr="006415B5">
        <w:rPr>
          <w:rFonts w:ascii="TH SarabunPSK" w:hAnsi="TH SarabunPSK" w:cs="TH SarabunPSK"/>
          <w:szCs w:val="32"/>
          <w:lang w:bidi="th-TH"/>
        </w:rPr>
        <w:t>ถ้ามี</w:t>
      </w:r>
      <w:r w:rsidRPr="006415B5">
        <w:rPr>
          <w:rFonts w:ascii="TH SarabunPSK" w:hAnsi="TH SarabunPSK" w:cs="TH SarabunPSK"/>
          <w:szCs w:val="32"/>
        </w:rPr>
        <w:t>)</w:t>
      </w:r>
    </w:p>
    <w:p w14:paraId="54381425" w14:textId="77777777" w:rsidR="006415B5" w:rsidRPr="006415B5" w:rsidRDefault="006415B5" w:rsidP="006415B5">
      <w:pPr>
        <w:spacing w:after="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สำเนาแบบ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ส</w:t>
      </w:r>
      <w:r w:rsidRPr="006415B5">
        <w:rPr>
          <w:rFonts w:ascii="TH SarabunPSK" w:hAnsi="TH SarabunPSK" w:cs="TH SarabunPSK"/>
          <w:szCs w:val="32"/>
        </w:rPr>
        <w:t>.</w:t>
      </w:r>
      <w:r w:rsidRPr="006415B5">
        <w:rPr>
          <w:rFonts w:ascii="TH SarabunPSK" w:hAnsi="TH SarabunPSK" w:cs="TH SarabunPSK"/>
          <w:szCs w:val="32"/>
          <w:lang w:bidi="th-TH"/>
        </w:rPr>
        <w:t>บช</w:t>
      </w:r>
      <w:r w:rsidRPr="006415B5">
        <w:rPr>
          <w:rFonts w:ascii="TH SarabunPSK" w:hAnsi="TH SarabunPSK" w:cs="TH SarabunPSK"/>
          <w:szCs w:val="32"/>
        </w:rPr>
        <w:t xml:space="preserve">.1 </w:t>
      </w:r>
      <w:r w:rsidRPr="006415B5">
        <w:rPr>
          <w:rFonts w:ascii="TH SarabunPSK" w:hAnsi="TH SarabunPSK" w:cs="TH SarabunPSK"/>
          <w:szCs w:val="32"/>
          <w:lang w:bidi="th-TH"/>
        </w:rPr>
        <w:t>หรือหลักฐานอนุญาตสถานที่เก็บรักษาบัญชี</w:t>
      </w:r>
      <w:r w:rsidRPr="006415B5">
        <w:rPr>
          <w:rFonts w:ascii="TH SarabunPSK" w:hAnsi="TH SarabunPSK" w:cs="TH SarabunPSK"/>
          <w:szCs w:val="32"/>
        </w:rPr>
        <w:t xml:space="preserve"> (</w:t>
      </w:r>
      <w:r w:rsidRPr="006415B5">
        <w:rPr>
          <w:rFonts w:ascii="TH SarabunPSK" w:hAnsi="TH SarabunPSK" w:cs="TH SarabunPSK"/>
          <w:szCs w:val="32"/>
          <w:lang w:bidi="th-TH"/>
        </w:rPr>
        <w:t>กรณีเกี่ยวข้อง</w:t>
      </w:r>
      <w:r w:rsidRPr="006415B5">
        <w:rPr>
          <w:rFonts w:ascii="TH SarabunPSK" w:hAnsi="TH SarabunPSK" w:cs="TH SarabunPSK"/>
          <w:szCs w:val="32"/>
        </w:rPr>
        <w:t>)</w:t>
      </w:r>
    </w:p>
    <w:p w14:paraId="0669A3F7" w14:textId="77777777" w:rsidR="006415B5" w:rsidRPr="006415B5" w:rsidRDefault="006415B5" w:rsidP="006415B5">
      <w:pPr>
        <w:spacing w:after="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Segoe UI Symbol" w:hAnsi="Segoe UI Symbol" w:cs="Segoe UI Symbol"/>
          <w:szCs w:val="32"/>
        </w:rPr>
        <w:t>☐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เอกสารอื่น</w:t>
      </w:r>
      <w:r w:rsidRPr="006415B5">
        <w:rPr>
          <w:rFonts w:ascii="TH SarabunPSK" w:hAnsi="TH SarabunPSK" w:cs="TH SarabunPSK"/>
          <w:szCs w:val="32"/>
        </w:rPr>
        <w:t xml:space="preserve"> </w:t>
      </w:r>
      <w:r w:rsidRPr="006415B5">
        <w:rPr>
          <w:rFonts w:ascii="TH SarabunPSK" w:hAnsi="TH SarabunPSK" w:cs="TH SarabunPSK"/>
          <w:szCs w:val="32"/>
          <w:lang w:bidi="th-TH"/>
        </w:rPr>
        <w:t>ๆ</w:t>
      </w:r>
      <w:r w:rsidRPr="006415B5">
        <w:rPr>
          <w:rFonts w:ascii="TH SarabunPSK" w:hAnsi="TH SarabunPSK" w:cs="TH SarabunPSK"/>
          <w:szCs w:val="32"/>
        </w:rPr>
        <w:t xml:space="preserve"> ______________________________________________</w:t>
      </w:r>
    </w:p>
    <w:p w14:paraId="00F57D75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b/>
          <w:szCs w:val="32"/>
        </w:rPr>
        <w:t xml:space="preserve">6. </w:t>
      </w:r>
      <w:r w:rsidRPr="006415B5">
        <w:rPr>
          <w:rFonts w:ascii="TH SarabunPSK" w:hAnsi="TH SarabunPSK" w:cs="TH SarabunPSK"/>
          <w:b/>
          <w:szCs w:val="32"/>
          <w:lang w:bidi="th-TH"/>
        </w:rPr>
        <w:t>การดำเนินการที่เสนอขออนุมัติ</w:t>
      </w:r>
    </w:p>
    <w:p w14:paraId="0D65ECAC" w14:textId="77777777" w:rsidR="0056346B" w:rsidRPr="0056346B" w:rsidRDefault="0056346B" w:rsidP="0056346B">
      <w:pPr>
        <w:spacing w:after="0" w:line="240" w:lineRule="auto"/>
        <w:rPr>
          <w:rFonts w:ascii="TH SarabunPSK" w:hAnsi="TH SarabunPSK" w:cs="TH SarabunPSK"/>
          <w:szCs w:val="32"/>
        </w:rPr>
      </w:pPr>
      <w:r w:rsidRPr="0056346B">
        <w:rPr>
          <w:rFonts w:ascii="TH SarabunPSK" w:hAnsi="TH SarabunPSK" w:cs="TH SarabunPSK"/>
          <w:szCs w:val="32"/>
        </w:rPr>
        <w:t xml:space="preserve">1) </w:t>
      </w:r>
      <w:r w:rsidRPr="0056346B">
        <w:rPr>
          <w:rFonts w:ascii="TH SarabunPSK" w:hAnsi="TH SarabunPSK" w:cs="TH SarabunPSK"/>
          <w:szCs w:val="32"/>
          <w:cs/>
          <w:lang w:bidi="th-TH"/>
        </w:rPr>
        <w:t>รับทราบและรับรองข้อเท็จจริงเกี่ยวกับเหตุอุทกภัย รวมทั้งรายการบัญชีและเอกสารที่สูญหายหรือเสียหายตามบันทึกและเอกสารแนบฉบับนี้</w:t>
      </w:r>
    </w:p>
    <w:p w14:paraId="1A3547CC" w14:textId="06F8DD06" w:rsidR="0056346B" w:rsidRPr="0056346B" w:rsidRDefault="0056346B" w:rsidP="0056346B">
      <w:pPr>
        <w:spacing w:after="0" w:line="240" w:lineRule="auto"/>
        <w:rPr>
          <w:rFonts w:ascii="TH SarabunPSK" w:hAnsi="TH SarabunPSK" w:cs="TH SarabunPSK"/>
          <w:szCs w:val="32"/>
        </w:rPr>
      </w:pPr>
      <w:r w:rsidRPr="0056346B">
        <w:rPr>
          <w:rFonts w:ascii="TH SarabunPSK" w:hAnsi="TH SarabunPSK" w:cs="TH SarabunPSK"/>
          <w:szCs w:val="32"/>
        </w:rPr>
        <w:t xml:space="preserve">2) </w:t>
      </w:r>
      <w:r w:rsidRPr="0056346B">
        <w:rPr>
          <w:rFonts w:ascii="TH SarabunPSK" w:hAnsi="TH SarabunPSK" w:cs="TH SarabunPSK"/>
          <w:szCs w:val="32"/>
          <w:cs/>
          <w:lang w:bidi="th-TH"/>
        </w:rPr>
        <w:t xml:space="preserve">อนุมัติให้ นาย/นาง/นางสาว </w:t>
      </w:r>
      <w:r w:rsidRPr="0056346B">
        <w:rPr>
          <w:rFonts w:ascii="TH SarabunPSK" w:hAnsi="TH SarabunPSK" w:cs="TH SarabunPSK"/>
          <w:szCs w:val="32"/>
        </w:rPr>
        <w:t xml:space="preserve">__________________________ </w:t>
      </w:r>
      <w:r w:rsidRPr="0056346B">
        <w:rPr>
          <w:rFonts w:ascii="TH SarabunPSK" w:hAnsi="TH SarabunPSK" w:cs="TH SarabunPSK"/>
          <w:szCs w:val="32"/>
          <w:cs/>
          <w:lang w:bidi="th-TH"/>
        </w:rPr>
        <w:t xml:space="preserve">ตำแหน่ง </w:t>
      </w:r>
      <w:r w:rsidRPr="0056346B">
        <w:rPr>
          <w:rFonts w:ascii="TH SarabunPSK" w:hAnsi="TH SarabunPSK" w:cs="TH SarabunPSK"/>
          <w:szCs w:val="32"/>
        </w:rPr>
        <w:t>____________________________</w:t>
      </w:r>
      <w:r>
        <w:rPr>
          <w:rFonts w:ascii="TH SarabunPSK" w:hAnsi="TH SarabunPSK" w:cs="TH SarabunPSK"/>
          <w:szCs w:val="32"/>
          <w:lang w:bidi="th-TH"/>
        </w:rPr>
        <w:t>__</w:t>
      </w:r>
      <w:r w:rsidRPr="0056346B">
        <w:rPr>
          <w:rFonts w:ascii="TH SarabunPSK" w:hAnsi="TH SarabunPSK" w:cs="TH SarabunPSK"/>
          <w:szCs w:val="32"/>
          <w:cs/>
          <w:lang w:bidi="th-TH"/>
        </w:rPr>
        <w:t>เป็นผู้แทนบริษัทไปแจ้งความหรือลงบันทึกประจำวัน ณ สถานีตำรวจ โดยให้รายละเอียดสอดคล้องกับรายการที่ตรวจสอบแล้ว</w:t>
      </w:r>
    </w:p>
    <w:p w14:paraId="09101143" w14:textId="77777777" w:rsidR="0056346B" w:rsidRPr="0056346B" w:rsidRDefault="0056346B" w:rsidP="0056346B">
      <w:pPr>
        <w:spacing w:after="0" w:line="240" w:lineRule="auto"/>
        <w:rPr>
          <w:rFonts w:ascii="TH SarabunPSK" w:hAnsi="TH SarabunPSK" w:cs="TH SarabunPSK"/>
          <w:szCs w:val="32"/>
        </w:rPr>
      </w:pPr>
      <w:r w:rsidRPr="0056346B">
        <w:rPr>
          <w:rFonts w:ascii="TH SarabunPSK" w:hAnsi="TH SarabunPSK" w:cs="TH SarabunPSK"/>
          <w:szCs w:val="32"/>
        </w:rPr>
        <w:t xml:space="preserve">3) </w:t>
      </w:r>
      <w:r w:rsidRPr="0056346B">
        <w:rPr>
          <w:rFonts w:ascii="TH SarabunPSK" w:hAnsi="TH SarabunPSK" w:cs="TH SarabunPSK"/>
          <w:szCs w:val="32"/>
          <w:cs/>
          <w:lang w:bidi="th-TH"/>
        </w:rPr>
        <w:t>อนุมัติให้ดำเนินการยื่นแบบแจ้งบัญชีหรือเอกสารที่ต้องใช้ประกอบการลงบัญชีสูญหายหรือเสียหาย (ส.บช.</w:t>
      </w:r>
      <w:r w:rsidRPr="0056346B">
        <w:rPr>
          <w:rFonts w:ascii="TH SarabunPSK" w:hAnsi="TH SarabunPSK" w:cs="TH SarabunPSK"/>
          <w:szCs w:val="32"/>
        </w:rPr>
        <w:t xml:space="preserve">2) </w:t>
      </w:r>
      <w:r w:rsidRPr="0056346B">
        <w:rPr>
          <w:rFonts w:ascii="TH SarabunPSK" w:hAnsi="TH SarabunPSK" w:cs="TH SarabunPSK"/>
          <w:szCs w:val="32"/>
          <w:cs/>
          <w:lang w:bidi="th-TH"/>
        </w:rPr>
        <w:t xml:space="preserve">ผ่านระบบ </w:t>
      </w:r>
      <w:r w:rsidRPr="0056346B">
        <w:rPr>
          <w:rFonts w:ascii="TH SarabunPSK" w:hAnsi="TH SarabunPSK" w:cs="TH SarabunPSK"/>
          <w:szCs w:val="32"/>
        </w:rPr>
        <w:t xml:space="preserve">e-Permit </w:t>
      </w:r>
      <w:r w:rsidRPr="0056346B">
        <w:rPr>
          <w:rFonts w:ascii="TH SarabunPSK" w:hAnsi="TH SarabunPSK" w:cs="TH SarabunPSK"/>
          <w:szCs w:val="32"/>
          <w:cs/>
          <w:lang w:bidi="th-TH"/>
        </w:rPr>
        <w:t>ของกรมพัฒนาธุรกิจการค้า ภายในกำหนดเวลาตามกฎหมาย</w:t>
      </w:r>
    </w:p>
    <w:p w14:paraId="4872FB00" w14:textId="77777777" w:rsidR="0056346B" w:rsidRPr="0056346B" w:rsidRDefault="0056346B" w:rsidP="0056346B">
      <w:pPr>
        <w:spacing w:after="0" w:line="240" w:lineRule="auto"/>
        <w:rPr>
          <w:rFonts w:ascii="TH SarabunPSK" w:hAnsi="TH SarabunPSK" w:cs="TH SarabunPSK"/>
          <w:szCs w:val="32"/>
        </w:rPr>
      </w:pPr>
      <w:r w:rsidRPr="0056346B">
        <w:rPr>
          <w:rFonts w:ascii="TH SarabunPSK" w:hAnsi="TH SarabunPSK" w:cs="TH SarabunPSK"/>
          <w:szCs w:val="32"/>
        </w:rPr>
        <w:t xml:space="preserve">4) </w:t>
      </w:r>
      <w:r w:rsidRPr="0056346B">
        <w:rPr>
          <w:rFonts w:ascii="TH SarabunPSK" w:hAnsi="TH SarabunPSK" w:cs="TH SarabunPSK"/>
          <w:szCs w:val="32"/>
          <w:cs/>
          <w:lang w:bidi="th-TH"/>
        </w:rPr>
        <w:t>อนุมัติให้ฝ่ายบัญชีติดต่อคู่ค้า ธนาคาร ผู้ให้บริการ และหน่วยงานที่เกี่ยวข้อง เพื่อขอสำเนา ใบแทน หรือหลักฐานทดแทนสำหรับเอกสารที่สามารถจัดหาใหม่ได้ และจัดทำทะเบียนติดตามการได้รับเอกสารทดแทน</w:t>
      </w:r>
    </w:p>
    <w:p w14:paraId="7E1409A9" w14:textId="77777777" w:rsidR="0056346B" w:rsidRPr="0056346B" w:rsidRDefault="0056346B" w:rsidP="0056346B">
      <w:pPr>
        <w:spacing w:after="0" w:line="240" w:lineRule="auto"/>
        <w:rPr>
          <w:rFonts w:ascii="TH SarabunPSK" w:hAnsi="TH SarabunPSK" w:cs="TH SarabunPSK"/>
          <w:szCs w:val="32"/>
        </w:rPr>
      </w:pPr>
      <w:r w:rsidRPr="0056346B">
        <w:rPr>
          <w:rFonts w:ascii="TH SarabunPSK" w:hAnsi="TH SarabunPSK" w:cs="TH SarabunPSK"/>
          <w:szCs w:val="32"/>
        </w:rPr>
        <w:lastRenderedPageBreak/>
        <w:t xml:space="preserve">5) </w:t>
      </w:r>
      <w:r w:rsidRPr="0056346B">
        <w:rPr>
          <w:rFonts w:ascii="TH SarabunPSK" w:hAnsi="TH SarabunPSK" w:cs="TH SarabunPSK"/>
          <w:szCs w:val="32"/>
          <w:cs/>
          <w:lang w:bidi="th-TH"/>
        </w:rPr>
        <w:t>สำหรับเอกสารทางภาษี ให้ฝ่ายบัญชีดำเนินการตามหลักเกณฑ์ของกรมสรรพากรที่ใช้กับเอกสารแต่ละประเภท เช่น การขอใบแทนใบกำกับภาษี/ใบเพิ่มหนี้/ใบลดหนี้ หรือขอเอกสารทดแทนอื่นตามที่กฎหมายกำหนด</w:t>
      </w:r>
    </w:p>
    <w:p w14:paraId="162FC20B" w14:textId="61C3905A" w:rsidR="0056346B" w:rsidRDefault="0056346B" w:rsidP="0056346B">
      <w:pPr>
        <w:spacing w:after="0" w:line="240" w:lineRule="auto"/>
        <w:rPr>
          <w:rFonts w:ascii="TH SarabunPSK" w:hAnsi="TH SarabunPSK" w:cs="TH SarabunPSK"/>
          <w:szCs w:val="32"/>
          <w:lang w:bidi="th-TH"/>
        </w:rPr>
      </w:pPr>
      <w:r w:rsidRPr="0056346B">
        <w:rPr>
          <w:rFonts w:ascii="TH SarabunPSK" w:hAnsi="TH SarabunPSK" w:cs="TH SarabunPSK"/>
          <w:szCs w:val="32"/>
        </w:rPr>
        <w:t xml:space="preserve">6) </w:t>
      </w:r>
      <w:r w:rsidRPr="0056346B">
        <w:rPr>
          <w:rFonts w:ascii="TH SarabunPSK" w:hAnsi="TH SarabunPSK" w:cs="TH SarabunPSK"/>
          <w:szCs w:val="32"/>
          <w:cs/>
          <w:lang w:bidi="th-TH"/>
        </w:rPr>
        <w:t>ให้เก็บรักษาบันทึกฉบับนี้ เอกสารแนบ ภาพถ่าย ใบแจ้งความ/รายงานประจำวัน หลักฐานการยื่น ส.บช.</w:t>
      </w:r>
      <w:r w:rsidRPr="0056346B">
        <w:rPr>
          <w:rFonts w:ascii="TH SarabunPSK" w:hAnsi="TH SarabunPSK" w:cs="TH SarabunPSK"/>
          <w:szCs w:val="32"/>
        </w:rPr>
        <w:t>2</w:t>
      </w:r>
      <w:r w:rsidRPr="0056346B">
        <w:rPr>
          <w:rFonts w:ascii="TH SarabunPSK" w:hAnsi="TH SarabunPSK" w:cs="TH SarabunPSK"/>
          <w:szCs w:val="32"/>
          <w:lang w:bidi="th-TH"/>
        </w:rPr>
        <w:t xml:space="preserve"> </w:t>
      </w:r>
      <w:r w:rsidRPr="0056346B">
        <w:rPr>
          <w:rFonts w:ascii="TH SarabunPSK" w:hAnsi="TH SarabunPSK" w:cs="TH SarabunPSK"/>
          <w:szCs w:val="32"/>
          <w:cs/>
          <w:lang w:bidi="th-TH"/>
        </w:rPr>
        <w:t>และเอกสารที่จัดหาทดแทนไว้เป็นชุดหลักฐานเดียวกันเพื่อการตรวจสอบในภายหลัง</w:t>
      </w:r>
    </w:p>
    <w:p w14:paraId="0D3B231C" w14:textId="77777777" w:rsidR="0056346B" w:rsidRDefault="0056346B" w:rsidP="0056346B">
      <w:pPr>
        <w:spacing w:after="0" w:line="240" w:lineRule="auto"/>
        <w:rPr>
          <w:rFonts w:ascii="TH SarabunPSK" w:hAnsi="TH SarabunPSK" w:cs="TH SarabunPSK"/>
          <w:szCs w:val="32"/>
        </w:rPr>
      </w:pPr>
    </w:p>
    <w:p w14:paraId="29AD6B59" w14:textId="7D807E1E" w:rsidR="0056346B" w:rsidRDefault="0056346B" w:rsidP="0056346B">
      <w:pPr>
        <w:spacing w:after="0" w:line="240" w:lineRule="auto"/>
        <w:rPr>
          <w:rFonts w:ascii="TH SarabunPSK" w:hAnsi="TH SarabunPSK" w:cs="TH SarabunPSK"/>
          <w:szCs w:val="32"/>
        </w:rPr>
      </w:pPr>
      <w:r w:rsidRPr="0056346B">
        <w:rPr>
          <w:rFonts w:ascii="TH SarabunPSK" w:hAnsi="TH SarabunPSK" w:cs="TH SarabunPSK"/>
          <w:b/>
          <w:bCs/>
          <w:szCs w:val="32"/>
          <w:cs/>
          <w:lang w:bidi="th-TH"/>
        </w:rPr>
        <w:t>คำรับรองของผู้จัดทำ:</w:t>
      </w:r>
      <w:r w:rsidRPr="0056346B">
        <w:rPr>
          <w:rFonts w:ascii="TH SarabunPSK" w:hAnsi="TH SarabunPSK" w:cs="TH SarabunPSK"/>
          <w:szCs w:val="32"/>
          <w:cs/>
          <w:lang w:bidi="th-TH"/>
        </w:rPr>
        <w:t xml:space="preserve"> ข้าพเจ้าขอรับรองว่าข้อมูลข้างต้นและรายการเอกสารแนบจัดทำขึ้นจากการตรวจสอบตามข้อเท็จจริงที่ทราบ ณ วันที่จัดทำบันทึกฉบับนี้</w:t>
      </w:r>
    </w:p>
    <w:p w14:paraId="69722419" w14:textId="77777777" w:rsidR="0056346B" w:rsidRPr="0056346B" w:rsidRDefault="0056346B" w:rsidP="0056346B">
      <w:pPr>
        <w:spacing w:after="0" w:line="240" w:lineRule="auto"/>
        <w:rPr>
          <w:rFonts w:ascii="TH SarabunPSK" w:hAnsi="TH SarabunPSK" w:cs="TH SarabunPSK" w:hint="cs"/>
          <w:szCs w:val="32"/>
        </w:rPr>
      </w:pPr>
    </w:p>
    <w:p w14:paraId="1BD43ABF" w14:textId="1681BFFE" w:rsidR="0056346B" w:rsidRPr="006415B5" w:rsidRDefault="0056346B" w:rsidP="0056346B">
      <w:pPr>
        <w:spacing w:after="160" w:line="240" w:lineRule="auto"/>
        <w:rPr>
          <w:rFonts w:ascii="TH SarabunPSK" w:hAnsi="TH SarabunPSK" w:cs="TH SarabunPSK"/>
          <w:szCs w:val="32"/>
          <w:lang w:bidi="th-TH"/>
        </w:rPr>
      </w:pPr>
      <w:r w:rsidRPr="0056346B">
        <w:rPr>
          <w:rFonts w:ascii="TH SarabunPSK" w:hAnsi="TH SarabunPSK" w:cs="TH SarabunPSK"/>
          <w:szCs w:val="32"/>
          <w:cs/>
          <w:lang w:bidi="th-TH"/>
        </w:rPr>
        <w:t>จึงเรียนมาเพื่อโปรดพิจารณาอนุมัติ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25"/>
        <w:gridCol w:w="4924"/>
      </w:tblGrid>
      <w:tr w:rsidR="00CA231A" w:rsidRPr="006415B5" w14:paraId="7642A1C8" w14:textId="77777777">
        <w:trPr>
          <w:jc w:val="center"/>
        </w:trPr>
        <w:tc>
          <w:tcPr>
            <w:tcW w:w="4929" w:type="dxa"/>
          </w:tcPr>
          <w:p w14:paraId="0DF8AE22" w14:textId="77777777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ผู้จัดทำ</w:t>
            </w:r>
            <w:r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ลงชื่อ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______________________________</w:t>
            </w:r>
            <w:r w:rsidRPr="006415B5">
              <w:rPr>
                <w:rFonts w:ascii="TH SarabunPSK" w:hAnsi="TH SarabunPSK" w:cs="TH SarabunPSK"/>
                <w:szCs w:val="32"/>
              </w:rPr>
              <w:br/>
              <w:t>(______________________________)</w:t>
            </w:r>
            <w:r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ตำแหน่ง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__________________________</w:t>
            </w:r>
            <w:r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วันที่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______ / ______ / __________</w:t>
            </w:r>
          </w:p>
        </w:tc>
        <w:tc>
          <w:tcPr>
            <w:tcW w:w="4929" w:type="dxa"/>
          </w:tcPr>
          <w:p w14:paraId="183CF9AA" w14:textId="77777777" w:rsidR="00CA231A" w:rsidRPr="006415B5" w:rsidRDefault="00000000">
            <w:pPr>
              <w:rPr>
                <w:rFonts w:ascii="TH SarabunPSK" w:hAnsi="TH SarabunPSK" w:cs="TH SarabunPSK"/>
                <w:szCs w:val="32"/>
              </w:rPr>
            </w:pP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ความเห็น</w:t>
            </w:r>
            <w:r w:rsidRPr="006415B5">
              <w:rPr>
                <w:rFonts w:ascii="TH SarabunPSK" w:hAnsi="TH SarabunPSK" w:cs="TH SarabunPSK"/>
                <w:szCs w:val="32"/>
              </w:rPr>
              <w:t>/</w:t>
            </w: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การอนุมัติของผู้บริหาร</w:t>
            </w:r>
            <w:r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</w:t>
            </w: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อนุมัติ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    </w:t>
            </w: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</w:t>
            </w: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อนุมัติโดยมีข้อสังเกต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    </w:t>
            </w:r>
            <w:r w:rsidRPr="006415B5">
              <w:rPr>
                <w:rFonts w:ascii="Segoe UI Symbol" w:hAnsi="Segoe UI Symbol" w:cs="Segoe UI Symbol"/>
                <w:szCs w:val="32"/>
              </w:rPr>
              <w:t>☐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</w:t>
            </w: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ไม่อนุมัติ</w:t>
            </w:r>
            <w:r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ลงชื่อ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______________________________</w:t>
            </w:r>
            <w:r w:rsidRPr="006415B5">
              <w:rPr>
                <w:rFonts w:ascii="TH SarabunPSK" w:hAnsi="TH SarabunPSK" w:cs="TH SarabunPSK"/>
                <w:szCs w:val="32"/>
              </w:rPr>
              <w:br/>
              <w:t>(______________________________)</w:t>
            </w:r>
            <w:r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ตำแหน่ง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__________________________</w:t>
            </w:r>
            <w:r w:rsidRPr="006415B5">
              <w:rPr>
                <w:rFonts w:ascii="TH SarabunPSK" w:hAnsi="TH SarabunPSK" w:cs="TH SarabunPSK"/>
                <w:szCs w:val="32"/>
              </w:rPr>
              <w:br/>
            </w:r>
            <w:r w:rsidRPr="006415B5">
              <w:rPr>
                <w:rFonts w:ascii="TH SarabunPSK" w:hAnsi="TH SarabunPSK" w:cs="TH SarabunPSK"/>
                <w:szCs w:val="32"/>
                <w:lang w:bidi="th-TH"/>
              </w:rPr>
              <w:t>วันที่</w:t>
            </w:r>
            <w:r w:rsidRPr="006415B5">
              <w:rPr>
                <w:rFonts w:ascii="TH SarabunPSK" w:hAnsi="TH SarabunPSK" w:cs="TH SarabunPSK"/>
                <w:szCs w:val="32"/>
              </w:rPr>
              <w:t xml:space="preserve"> ______ / ______ / __________</w:t>
            </w:r>
          </w:p>
        </w:tc>
      </w:tr>
    </w:tbl>
    <w:p w14:paraId="7EB02B6D" w14:textId="77777777" w:rsidR="0056346B" w:rsidRDefault="0056346B">
      <w:pPr>
        <w:spacing w:after="40" w:line="240" w:lineRule="auto"/>
        <w:rPr>
          <w:rFonts w:ascii="TH SarabunPSK" w:hAnsi="TH SarabunPSK" w:cs="TH SarabunPSK"/>
          <w:b/>
          <w:szCs w:val="32"/>
          <w:lang w:bidi="th-TH"/>
        </w:rPr>
      </w:pPr>
    </w:p>
    <w:p w14:paraId="75456A3E" w14:textId="0AAF35D0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b/>
          <w:szCs w:val="32"/>
          <w:lang w:bidi="th-TH"/>
        </w:rPr>
        <w:t>เอกสารแนบ</w:t>
      </w:r>
    </w:p>
    <w:p w14:paraId="0309BEA5" w14:textId="77777777" w:rsidR="00CA231A" w:rsidRPr="006415B5" w:rsidRDefault="00000000">
      <w:pPr>
        <w:spacing w:after="40" w:line="240" w:lineRule="auto"/>
        <w:rPr>
          <w:rFonts w:ascii="TH SarabunPSK" w:hAnsi="TH SarabunPSK" w:cs="TH SarabunPSK"/>
          <w:szCs w:val="32"/>
        </w:rPr>
      </w:pPr>
      <w:r w:rsidRPr="006415B5">
        <w:rPr>
          <w:rFonts w:ascii="TH SarabunPSK" w:hAnsi="TH SarabunPSK" w:cs="TH SarabunPSK"/>
          <w:szCs w:val="32"/>
        </w:rPr>
        <w:t xml:space="preserve">1. </w:t>
      </w:r>
      <w:r w:rsidRPr="006415B5">
        <w:rPr>
          <w:rFonts w:ascii="TH SarabunPSK" w:hAnsi="TH SarabunPSK" w:cs="TH SarabunPSK"/>
          <w:szCs w:val="32"/>
          <w:lang w:bidi="th-TH"/>
        </w:rPr>
        <w:t>บัญชีรายละเอียดเอกสารสูญหายหรือเสียหาย</w:t>
      </w:r>
      <w:r w:rsidRPr="006415B5">
        <w:rPr>
          <w:rFonts w:ascii="TH SarabunPSK" w:hAnsi="TH SarabunPSK" w:cs="TH SarabunPSK"/>
          <w:szCs w:val="32"/>
        </w:rPr>
        <w:br/>
        <w:t xml:space="preserve">2. </w:t>
      </w:r>
      <w:r w:rsidRPr="006415B5">
        <w:rPr>
          <w:rFonts w:ascii="TH SarabunPSK" w:hAnsi="TH SarabunPSK" w:cs="TH SarabunPSK"/>
          <w:szCs w:val="32"/>
          <w:lang w:bidi="th-TH"/>
        </w:rPr>
        <w:t>ภาพถ่ายสถานที่เกิดเหตุและเอกสารที่ได้รับความเสียหาย</w:t>
      </w:r>
      <w:r w:rsidRPr="006415B5">
        <w:rPr>
          <w:rFonts w:ascii="TH SarabunPSK" w:hAnsi="TH SarabunPSK" w:cs="TH SarabunPSK"/>
          <w:szCs w:val="32"/>
        </w:rPr>
        <w:br/>
        <w:t xml:space="preserve">3. </w:t>
      </w:r>
      <w:r w:rsidRPr="006415B5">
        <w:rPr>
          <w:rFonts w:ascii="TH SarabunPSK" w:hAnsi="TH SarabunPSK" w:cs="TH SarabunPSK"/>
          <w:szCs w:val="32"/>
          <w:lang w:bidi="th-TH"/>
        </w:rPr>
        <w:t>สำเนาใบแจ้งความ</w:t>
      </w:r>
      <w:r w:rsidRPr="006415B5">
        <w:rPr>
          <w:rFonts w:ascii="TH SarabunPSK" w:hAnsi="TH SarabunPSK" w:cs="TH SarabunPSK"/>
          <w:szCs w:val="32"/>
        </w:rPr>
        <w:t>/</w:t>
      </w:r>
      <w:r w:rsidRPr="006415B5">
        <w:rPr>
          <w:rFonts w:ascii="TH SarabunPSK" w:hAnsi="TH SarabunPSK" w:cs="TH SarabunPSK"/>
          <w:szCs w:val="32"/>
          <w:lang w:bidi="th-TH"/>
        </w:rPr>
        <w:t>บันทึกประจำวัน</w:t>
      </w:r>
      <w:r w:rsidRPr="006415B5">
        <w:rPr>
          <w:rFonts w:ascii="TH SarabunPSK" w:hAnsi="TH SarabunPSK" w:cs="TH SarabunPSK"/>
          <w:szCs w:val="32"/>
        </w:rPr>
        <w:br/>
        <w:t xml:space="preserve">4. </w:t>
      </w:r>
      <w:r w:rsidRPr="006415B5">
        <w:rPr>
          <w:rFonts w:ascii="TH SarabunPSK" w:hAnsi="TH SarabunPSK" w:cs="TH SarabunPSK"/>
          <w:szCs w:val="32"/>
          <w:lang w:bidi="th-TH"/>
        </w:rPr>
        <w:t>หลักฐานอื่นที่เกี่ยวข้อง</w:t>
      </w:r>
      <w:r w:rsidRPr="006415B5">
        <w:rPr>
          <w:rFonts w:ascii="TH SarabunPSK" w:hAnsi="TH SarabunPSK" w:cs="TH SarabunPSK"/>
          <w:szCs w:val="32"/>
        </w:rPr>
        <w:t xml:space="preserve"> (</w:t>
      </w:r>
      <w:r w:rsidRPr="006415B5">
        <w:rPr>
          <w:rFonts w:ascii="TH SarabunPSK" w:hAnsi="TH SarabunPSK" w:cs="TH SarabunPSK"/>
          <w:szCs w:val="32"/>
          <w:lang w:bidi="th-TH"/>
        </w:rPr>
        <w:t>ถ้ามี</w:t>
      </w:r>
      <w:r w:rsidRPr="006415B5">
        <w:rPr>
          <w:rFonts w:ascii="TH SarabunPSK" w:hAnsi="TH SarabunPSK" w:cs="TH SarabunPSK"/>
          <w:szCs w:val="32"/>
        </w:rPr>
        <w:t>)</w:t>
      </w:r>
    </w:p>
    <w:sectPr w:rsidR="00CA231A" w:rsidRPr="006415B5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64" w:right="1134" w:bottom="96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483F9" w14:textId="77777777" w:rsidR="00787A15" w:rsidRDefault="00787A15">
      <w:pPr>
        <w:spacing w:after="0" w:line="240" w:lineRule="auto"/>
      </w:pPr>
      <w:r>
        <w:separator/>
      </w:r>
    </w:p>
  </w:endnote>
  <w:endnote w:type="continuationSeparator" w:id="0">
    <w:p w14:paraId="62F423AA" w14:textId="77777777" w:rsidR="00787A15" w:rsidRDefault="00787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3BAD6" w14:textId="77777777" w:rsidR="001373C1" w:rsidRDefault="001373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F9FD7" w14:textId="77777777" w:rsidR="00CA231A" w:rsidRDefault="00000000">
    <w:pPr>
      <w:pStyle w:val="Footer"/>
      <w:jc w:val="center"/>
    </w:pPr>
    <w:r>
      <w:rPr>
        <w:sz w:val="20"/>
      </w:rPr>
      <w:t xml:space="preserve">Template – </w:t>
    </w:r>
    <w:proofErr w:type="spellStart"/>
    <w:r>
      <w:rPr>
        <w:sz w:val="20"/>
        <w:lang w:bidi="th-TH"/>
      </w:rPr>
      <w:t>รายงานเอกสารสูญหาย</w:t>
    </w:r>
    <w:proofErr w:type="spellEnd"/>
    <w:r>
      <w:rPr>
        <w:sz w:val="20"/>
      </w:rPr>
      <w:t>/</w:t>
    </w:r>
    <w:proofErr w:type="spellStart"/>
    <w:r>
      <w:rPr>
        <w:sz w:val="20"/>
        <w:lang w:bidi="th-TH"/>
      </w:rPr>
      <w:t>เสียหายจากอุทกภัย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146F5" w14:textId="77777777" w:rsidR="001373C1" w:rsidRDefault="001373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025C5" w14:textId="77777777" w:rsidR="00787A15" w:rsidRDefault="00787A15">
      <w:pPr>
        <w:spacing w:after="0" w:line="240" w:lineRule="auto"/>
      </w:pPr>
      <w:r>
        <w:separator/>
      </w:r>
    </w:p>
  </w:footnote>
  <w:footnote w:type="continuationSeparator" w:id="0">
    <w:p w14:paraId="6CEEFDA9" w14:textId="77777777" w:rsidR="00787A15" w:rsidRDefault="00787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E693E" w14:textId="77777777" w:rsidR="001373C1" w:rsidRDefault="001373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C941C" w14:textId="77777777" w:rsidR="001373C1" w:rsidRDefault="001373C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BEA48" w14:textId="77777777" w:rsidR="001373C1" w:rsidRDefault="001373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48936630">
    <w:abstractNumId w:val="8"/>
  </w:num>
  <w:num w:numId="2" w16cid:durableId="902450032">
    <w:abstractNumId w:val="6"/>
  </w:num>
  <w:num w:numId="3" w16cid:durableId="418795125">
    <w:abstractNumId w:val="5"/>
  </w:num>
  <w:num w:numId="4" w16cid:durableId="67384447">
    <w:abstractNumId w:val="4"/>
  </w:num>
  <w:num w:numId="5" w16cid:durableId="229585656">
    <w:abstractNumId w:val="7"/>
  </w:num>
  <w:num w:numId="6" w16cid:durableId="1540246047">
    <w:abstractNumId w:val="3"/>
  </w:num>
  <w:num w:numId="7" w16cid:durableId="1646008537">
    <w:abstractNumId w:val="2"/>
  </w:num>
  <w:num w:numId="8" w16cid:durableId="815879127">
    <w:abstractNumId w:val="1"/>
  </w:num>
  <w:num w:numId="9" w16cid:durableId="336881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373C1"/>
    <w:rsid w:val="0015074B"/>
    <w:rsid w:val="0029639D"/>
    <w:rsid w:val="00326F90"/>
    <w:rsid w:val="003363BA"/>
    <w:rsid w:val="004E6A5A"/>
    <w:rsid w:val="0056346B"/>
    <w:rsid w:val="006415B5"/>
    <w:rsid w:val="00787A15"/>
    <w:rsid w:val="00AA1D8D"/>
    <w:rsid w:val="00B45BED"/>
    <w:rsid w:val="00B47730"/>
    <w:rsid w:val="00CA231A"/>
    <w:rsid w:val="00CB0664"/>
    <w:rsid w:val="00DD78D3"/>
    <w:rsid w:val="00EF21A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B9F14E"/>
  <w14:defaultImageDpi w14:val="300"/>
  <w15:docId w15:val="{332868DA-63FC-429D-99B9-7563F7778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 New" w:eastAsia="TH Sarabun New" w:hAnsi="TH Sarabun New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Krit Katesorn</cp:lastModifiedBy>
  <cp:revision>8</cp:revision>
  <dcterms:created xsi:type="dcterms:W3CDTF">2026-09-30T11:48:00Z</dcterms:created>
  <dcterms:modified xsi:type="dcterms:W3CDTF">2026-09-30T12:13:00Z</dcterms:modified>
  <cp:category/>
</cp:coreProperties>
</file>